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DFF47" w14:textId="2ED79C49" w:rsidR="00905373" w:rsidRDefault="00905373">
      <w:pPr>
        <w:spacing w:after="40"/>
        <w:jc w:val="center"/>
        <w:rPr>
          <w:b/>
          <w:color w:val="C6A15B"/>
          <w:sz w:val="18"/>
        </w:rPr>
      </w:pPr>
      <w:r>
        <w:rPr>
          <w:b/>
          <w:noProof/>
          <w:color w:val="183A5A"/>
          <w:sz w:val="46"/>
        </w:rPr>
        <w:drawing>
          <wp:anchor distT="0" distB="0" distL="114300" distR="114300" simplePos="0" relativeHeight="251658240" behindDoc="0" locked="0" layoutInCell="1" allowOverlap="1" wp14:anchorId="64F60A3F" wp14:editId="6BA1B83D">
            <wp:simplePos x="0" y="0"/>
            <wp:positionH relativeFrom="column">
              <wp:posOffset>2918985</wp:posOffset>
            </wp:positionH>
            <wp:positionV relativeFrom="paragraph">
              <wp:posOffset>-423434</wp:posOffset>
            </wp:positionV>
            <wp:extent cx="682625" cy="1048385"/>
            <wp:effectExtent l="0" t="0" r="3175" b="0"/>
            <wp:wrapNone/>
            <wp:docPr id="18714525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" cy="1048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D4CC629" w14:textId="4C75D5FB" w:rsidR="00905373" w:rsidRDefault="00905373">
      <w:pPr>
        <w:spacing w:after="40"/>
        <w:jc w:val="center"/>
        <w:rPr>
          <w:b/>
          <w:color w:val="C6A15B"/>
          <w:sz w:val="18"/>
        </w:rPr>
      </w:pPr>
    </w:p>
    <w:p w14:paraId="6DCE07BB" w14:textId="10ABF92C" w:rsidR="00905373" w:rsidRDefault="00905373">
      <w:pPr>
        <w:spacing w:after="40"/>
        <w:jc w:val="center"/>
        <w:rPr>
          <w:b/>
          <w:color w:val="C6A15B"/>
          <w:sz w:val="18"/>
        </w:rPr>
      </w:pPr>
    </w:p>
    <w:p w14:paraId="19E2E804" w14:textId="77777777" w:rsidR="00905373" w:rsidRDefault="00905373">
      <w:pPr>
        <w:spacing w:after="40"/>
        <w:jc w:val="center"/>
        <w:rPr>
          <w:b/>
          <w:color w:val="C6A15B"/>
          <w:sz w:val="18"/>
        </w:rPr>
      </w:pPr>
    </w:p>
    <w:p w14:paraId="6D15F5B1" w14:textId="17D3AE6F" w:rsidR="009C20F1" w:rsidRPr="00905373" w:rsidRDefault="003C024A">
      <w:pPr>
        <w:spacing w:after="40"/>
        <w:jc w:val="center"/>
        <w:rPr>
          <w:color w:val="EE0000"/>
          <w:sz w:val="36"/>
          <w:szCs w:val="40"/>
        </w:rPr>
      </w:pPr>
      <w:r w:rsidRPr="00905373">
        <w:rPr>
          <w:b/>
          <w:color w:val="EE0000"/>
          <w:sz w:val="32"/>
          <w:szCs w:val="40"/>
        </w:rPr>
        <w:t>LEGION OF MARY</w:t>
      </w:r>
    </w:p>
    <w:p w14:paraId="7E7F894C" w14:textId="417BB15D" w:rsidR="009C20F1" w:rsidRDefault="003F2670">
      <w:pPr>
        <w:spacing w:after="40"/>
        <w:jc w:val="center"/>
      </w:pPr>
      <w:r>
        <w:rPr>
          <w:b/>
          <w:color w:val="183A5A"/>
          <w:sz w:val="46"/>
        </w:rPr>
        <w:t>51</w:t>
      </w:r>
      <w:r w:rsidRPr="003F2670">
        <w:rPr>
          <w:b/>
          <w:color w:val="183A5A"/>
          <w:sz w:val="46"/>
          <w:vertAlign w:val="superscript"/>
        </w:rPr>
        <w:t>ST</w:t>
      </w:r>
      <w:r>
        <w:rPr>
          <w:b/>
          <w:color w:val="183A5A"/>
          <w:sz w:val="46"/>
        </w:rPr>
        <w:t xml:space="preserve"> </w:t>
      </w:r>
      <w:r w:rsidR="003C024A">
        <w:rPr>
          <w:b/>
          <w:color w:val="183A5A"/>
          <w:sz w:val="46"/>
        </w:rPr>
        <w:t>Spiritual Retreat Agenda</w:t>
      </w:r>
    </w:p>
    <w:p w14:paraId="7DC32E81" w14:textId="77777777" w:rsidR="009C20F1" w:rsidRDefault="003C024A">
      <w:pPr>
        <w:spacing w:after="180"/>
        <w:jc w:val="center"/>
      </w:pPr>
      <w:r>
        <w:rPr>
          <w:b/>
          <w:color w:val="2F638C"/>
          <w:sz w:val="26"/>
        </w:rPr>
        <w:t>English Retreat</w:t>
      </w:r>
    </w:p>
    <w:tbl>
      <w:tblPr>
        <w:tblW w:w="9000" w:type="dxa"/>
        <w:jc w:val="center"/>
        <w:tblBorders>
          <w:top w:val="single" w:sz="5" w:space="0" w:color="C8D3DC"/>
          <w:left w:val="single" w:sz="5" w:space="0" w:color="C8D3DC"/>
          <w:bottom w:val="single" w:sz="5" w:space="0" w:color="C8D3DC"/>
          <w:right w:val="single" w:sz="5" w:space="0" w:color="C8D3DC"/>
          <w:insideH w:val="single" w:sz="5" w:space="0" w:color="C8D3DC"/>
          <w:insideV w:val="single" w:sz="5" w:space="0" w:color="C8D3DC"/>
        </w:tblBorders>
        <w:tblLayout w:type="fixed"/>
        <w:tblLook w:val="04A0" w:firstRow="1" w:lastRow="0" w:firstColumn="1" w:lastColumn="0" w:noHBand="0" w:noVBand="1"/>
      </w:tblPr>
      <w:tblGrid>
        <w:gridCol w:w="3000"/>
        <w:gridCol w:w="3000"/>
        <w:gridCol w:w="3000"/>
      </w:tblGrid>
      <w:tr w:rsidR="009C20F1" w14:paraId="3D66FAA6" w14:textId="77777777" w:rsidTr="00774A7E">
        <w:trPr>
          <w:jc w:val="center"/>
        </w:trPr>
        <w:tc>
          <w:tcPr>
            <w:tcW w:w="3000" w:type="dxa"/>
            <w:shd w:val="clear" w:color="auto" w:fill="F7F0D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3DBFB7B" w14:textId="77777777" w:rsidR="009C20F1" w:rsidRDefault="003C024A">
            <w:pPr>
              <w:spacing w:after="20"/>
              <w:jc w:val="center"/>
            </w:pPr>
            <w:r>
              <w:rPr>
                <w:b/>
                <w:color w:val="C6A15B"/>
                <w:sz w:val="15"/>
              </w:rPr>
              <w:t>DATE</w:t>
            </w:r>
            <w:r>
              <w:rPr>
                <w:b/>
                <w:color w:val="C6A15B"/>
                <w:sz w:val="15"/>
              </w:rPr>
              <w:br/>
            </w:r>
            <w:r>
              <w:rPr>
                <w:b/>
                <w:color w:val="183A5A"/>
                <w:sz w:val="18"/>
              </w:rPr>
              <w:t>October 23–25, 2026</w:t>
            </w:r>
          </w:p>
        </w:tc>
        <w:tc>
          <w:tcPr>
            <w:tcW w:w="3000" w:type="dxa"/>
            <w:shd w:val="clear" w:color="auto" w:fill="F7F0D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94B77D2" w14:textId="77777777" w:rsidR="009C20F1" w:rsidRDefault="003C024A">
            <w:pPr>
              <w:spacing w:after="20"/>
              <w:jc w:val="center"/>
            </w:pPr>
            <w:r>
              <w:rPr>
                <w:b/>
                <w:color w:val="C6A15B"/>
                <w:sz w:val="15"/>
              </w:rPr>
              <w:t>LOCATION</w:t>
            </w:r>
            <w:r>
              <w:rPr>
                <w:b/>
                <w:color w:val="C6A15B"/>
                <w:sz w:val="15"/>
              </w:rPr>
              <w:br/>
            </w:r>
            <w:r>
              <w:rPr>
                <w:b/>
                <w:color w:val="183A5A"/>
                <w:sz w:val="18"/>
              </w:rPr>
              <w:t>Malvern Retreat House</w:t>
            </w:r>
          </w:p>
        </w:tc>
        <w:tc>
          <w:tcPr>
            <w:tcW w:w="3000" w:type="dxa"/>
            <w:shd w:val="clear" w:color="auto" w:fill="F7F0D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F40A0D6" w14:textId="77777777" w:rsidR="009C20F1" w:rsidRDefault="003C024A">
            <w:pPr>
              <w:spacing w:after="20"/>
              <w:jc w:val="center"/>
            </w:pPr>
            <w:r>
              <w:rPr>
                <w:b/>
                <w:color w:val="C6A15B"/>
                <w:sz w:val="15"/>
              </w:rPr>
              <w:t>RETREAT MASTER</w:t>
            </w:r>
            <w:r>
              <w:rPr>
                <w:b/>
                <w:color w:val="C6A15B"/>
                <w:sz w:val="15"/>
              </w:rPr>
              <w:br/>
            </w:r>
            <w:r>
              <w:rPr>
                <w:b/>
                <w:color w:val="183A5A"/>
                <w:sz w:val="18"/>
              </w:rPr>
              <w:t>Fr. Mauricio Pineda</w:t>
            </w:r>
          </w:p>
        </w:tc>
      </w:tr>
    </w:tbl>
    <w:p w14:paraId="32AA8208" w14:textId="77777777" w:rsidR="009C20F1" w:rsidRDefault="009C20F1">
      <w:pPr>
        <w:spacing w:after="0"/>
      </w:pPr>
    </w:p>
    <w:p w14:paraId="524B2A92" w14:textId="15C0557C" w:rsidR="009C20F1" w:rsidRDefault="00774A7E">
      <w:pPr>
        <w:keepNext/>
        <w:spacing w:before="40"/>
      </w:pPr>
      <w:r>
        <w:rPr>
          <w:b/>
          <w:color w:val="183A5A"/>
          <w:sz w:val="32"/>
        </w:rPr>
        <w:t xml:space="preserve">         </w:t>
      </w:r>
      <w:r w:rsidR="00F22653">
        <w:rPr>
          <w:b/>
          <w:color w:val="183A5A"/>
          <w:sz w:val="32"/>
        </w:rPr>
        <w:t>FRIDAY</w:t>
      </w:r>
      <w:r w:rsidR="00F22653">
        <w:rPr>
          <w:b/>
          <w:color w:val="C6A15B"/>
        </w:rPr>
        <w:t xml:space="preserve"> | October</w:t>
      </w:r>
      <w:r w:rsidR="003C024A">
        <w:rPr>
          <w:b/>
          <w:color w:val="C6A15B"/>
        </w:rPr>
        <w:t xml:space="preserve"> 23</w:t>
      </w:r>
    </w:p>
    <w:tbl>
      <w:tblPr>
        <w:tblW w:w="9000" w:type="dxa"/>
        <w:jc w:val="center"/>
        <w:tblBorders>
          <w:top w:val="single" w:sz="5" w:space="0" w:color="C8D3DC"/>
          <w:left w:val="single" w:sz="5" w:space="0" w:color="C8D3DC"/>
          <w:bottom w:val="single" w:sz="5" w:space="0" w:color="C8D3DC"/>
          <w:right w:val="single" w:sz="5" w:space="0" w:color="C8D3DC"/>
          <w:insideH w:val="single" w:sz="5" w:space="0" w:color="C8D3DC"/>
          <w:insideV w:val="single" w:sz="5" w:space="0" w:color="C8D3DC"/>
        </w:tblBorders>
        <w:tblLayout w:type="fixed"/>
        <w:tblLook w:val="04A0" w:firstRow="1" w:lastRow="0" w:firstColumn="1" w:lastColumn="0" w:noHBand="0" w:noVBand="1"/>
      </w:tblPr>
      <w:tblGrid>
        <w:gridCol w:w="1450"/>
        <w:gridCol w:w="5050"/>
        <w:gridCol w:w="2500"/>
      </w:tblGrid>
      <w:tr w:rsidR="009C20F1" w14:paraId="7C6396E3" w14:textId="77777777" w:rsidTr="00774A7E">
        <w:trPr>
          <w:tblHeader/>
          <w:jc w:val="center"/>
        </w:trPr>
        <w:tc>
          <w:tcPr>
            <w:tcW w:w="1450" w:type="dxa"/>
            <w:shd w:val="clear" w:color="auto" w:fill="183A5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8AD0FB0" w14:textId="77777777" w:rsidR="009C20F1" w:rsidRDefault="003C024A">
            <w:pPr>
              <w:spacing w:after="0"/>
              <w:jc w:val="center"/>
            </w:pPr>
            <w:r>
              <w:rPr>
                <w:b/>
                <w:color w:val="FFFFFF"/>
                <w:sz w:val="18"/>
              </w:rPr>
              <w:t>TIME</w:t>
            </w:r>
          </w:p>
        </w:tc>
        <w:tc>
          <w:tcPr>
            <w:tcW w:w="5050" w:type="dxa"/>
            <w:shd w:val="clear" w:color="auto" w:fill="183A5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23F94F4" w14:textId="77777777" w:rsidR="009C20F1" w:rsidRDefault="003C024A">
            <w:pPr>
              <w:spacing w:after="0"/>
              <w:jc w:val="center"/>
            </w:pPr>
            <w:r>
              <w:rPr>
                <w:b/>
                <w:color w:val="FFFFFF"/>
                <w:sz w:val="18"/>
              </w:rPr>
              <w:t>ACTIVITY</w:t>
            </w:r>
          </w:p>
        </w:tc>
        <w:tc>
          <w:tcPr>
            <w:tcW w:w="2500" w:type="dxa"/>
            <w:shd w:val="clear" w:color="auto" w:fill="183A5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C420918" w14:textId="77777777" w:rsidR="009C20F1" w:rsidRDefault="003C024A">
            <w:pPr>
              <w:spacing w:after="0"/>
              <w:jc w:val="center"/>
            </w:pPr>
            <w:r>
              <w:rPr>
                <w:b/>
                <w:color w:val="FFFFFF"/>
                <w:sz w:val="18"/>
              </w:rPr>
              <w:t>LOCATION</w:t>
            </w:r>
          </w:p>
        </w:tc>
      </w:tr>
      <w:tr w:rsidR="009C20F1" w14:paraId="0095BA59" w14:textId="77777777" w:rsidTr="00774A7E">
        <w:trPr>
          <w:jc w:val="center"/>
        </w:trPr>
        <w:tc>
          <w:tcPr>
            <w:tcW w:w="14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3A07303" w14:textId="77777777" w:rsidR="009C20F1" w:rsidRDefault="003C024A">
            <w:pPr>
              <w:spacing w:after="0" w:line="240" w:lineRule="auto"/>
              <w:jc w:val="center"/>
            </w:pPr>
            <w:r>
              <w:rPr>
                <w:b/>
                <w:color w:val="183A5A"/>
                <w:sz w:val="18"/>
              </w:rPr>
              <w:t>5:00 PM</w:t>
            </w:r>
          </w:p>
        </w:tc>
        <w:tc>
          <w:tcPr>
            <w:tcW w:w="50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D68E6FA" w14:textId="77777777" w:rsidR="009C20F1" w:rsidRPr="009C4F74" w:rsidRDefault="003C024A">
            <w:pPr>
              <w:spacing w:after="0" w:line="240" w:lineRule="auto"/>
              <w:rPr>
                <w:b/>
                <w:bCs/>
              </w:rPr>
            </w:pPr>
            <w:r w:rsidRPr="009C4F74">
              <w:rPr>
                <w:b/>
                <w:bCs/>
                <w:sz w:val="18"/>
              </w:rPr>
              <w:t>Registration</w:t>
            </w:r>
          </w:p>
        </w:tc>
        <w:tc>
          <w:tcPr>
            <w:tcW w:w="2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C71B0BB" w14:textId="77777777" w:rsidR="009C20F1" w:rsidRDefault="003C024A">
            <w:pPr>
              <w:spacing w:after="0" w:line="240" w:lineRule="auto"/>
              <w:jc w:val="center"/>
            </w:pPr>
            <w:r>
              <w:rPr>
                <w:color w:val="183A5A"/>
                <w:sz w:val="18"/>
              </w:rPr>
              <w:t>Dining Hall</w:t>
            </w:r>
          </w:p>
        </w:tc>
      </w:tr>
      <w:tr w:rsidR="009C20F1" w14:paraId="670439F6" w14:textId="77777777" w:rsidTr="00774A7E">
        <w:trPr>
          <w:jc w:val="center"/>
        </w:trPr>
        <w:tc>
          <w:tcPr>
            <w:tcW w:w="1450" w:type="dxa"/>
            <w:shd w:val="clear" w:color="auto" w:fill="F7FAF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B1A9598" w14:textId="77777777" w:rsidR="009C20F1" w:rsidRDefault="003C024A">
            <w:pPr>
              <w:spacing w:after="0" w:line="240" w:lineRule="auto"/>
              <w:jc w:val="center"/>
            </w:pPr>
            <w:r>
              <w:rPr>
                <w:b/>
                <w:color w:val="183A5A"/>
                <w:sz w:val="18"/>
              </w:rPr>
              <w:t>5:30 PM</w:t>
            </w:r>
          </w:p>
        </w:tc>
        <w:tc>
          <w:tcPr>
            <w:tcW w:w="5050" w:type="dxa"/>
            <w:shd w:val="clear" w:color="auto" w:fill="F7FAF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5E9909C" w14:textId="77777777" w:rsidR="009C20F1" w:rsidRPr="009C4F74" w:rsidRDefault="003C024A">
            <w:pPr>
              <w:spacing w:after="0" w:line="240" w:lineRule="auto"/>
              <w:rPr>
                <w:b/>
                <w:bCs/>
              </w:rPr>
            </w:pPr>
            <w:r w:rsidRPr="009C4F74">
              <w:rPr>
                <w:b/>
                <w:bCs/>
                <w:sz w:val="18"/>
              </w:rPr>
              <w:t>Tours for new retreatants</w:t>
            </w:r>
          </w:p>
        </w:tc>
        <w:tc>
          <w:tcPr>
            <w:tcW w:w="2500" w:type="dxa"/>
            <w:shd w:val="clear" w:color="auto" w:fill="F7FAF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C5D6BFA" w14:textId="77777777" w:rsidR="009C20F1" w:rsidRDefault="003C024A">
            <w:pPr>
              <w:spacing w:after="0" w:line="240" w:lineRule="auto"/>
              <w:jc w:val="center"/>
            </w:pPr>
            <w:r>
              <w:rPr>
                <w:color w:val="183A5A"/>
                <w:sz w:val="18"/>
              </w:rPr>
              <w:t>Dining Hall</w:t>
            </w:r>
          </w:p>
        </w:tc>
      </w:tr>
      <w:tr w:rsidR="009C20F1" w14:paraId="5C960C02" w14:textId="77777777" w:rsidTr="00774A7E">
        <w:trPr>
          <w:jc w:val="center"/>
        </w:trPr>
        <w:tc>
          <w:tcPr>
            <w:tcW w:w="1450" w:type="dxa"/>
            <w:shd w:val="clear" w:color="auto" w:fill="F7F0D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8307653" w14:textId="77777777" w:rsidR="009C20F1" w:rsidRDefault="003C024A">
            <w:pPr>
              <w:spacing w:after="0" w:line="240" w:lineRule="auto"/>
              <w:jc w:val="center"/>
            </w:pPr>
            <w:r>
              <w:rPr>
                <w:b/>
                <w:color w:val="183A5A"/>
                <w:sz w:val="18"/>
              </w:rPr>
              <w:t>6:30 PM</w:t>
            </w:r>
          </w:p>
        </w:tc>
        <w:tc>
          <w:tcPr>
            <w:tcW w:w="5050" w:type="dxa"/>
            <w:shd w:val="clear" w:color="auto" w:fill="F7F0D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6380D77" w14:textId="34913A31" w:rsidR="009C20F1" w:rsidRDefault="003C024A">
            <w:pPr>
              <w:spacing w:after="0" w:line="240" w:lineRule="auto"/>
            </w:pPr>
            <w:r>
              <w:rPr>
                <w:b/>
                <w:sz w:val="18"/>
              </w:rPr>
              <w:t xml:space="preserve">Angelus and </w:t>
            </w:r>
            <w:r w:rsidR="00252DF8">
              <w:rPr>
                <w:b/>
                <w:sz w:val="18"/>
              </w:rPr>
              <w:t>DINNER</w:t>
            </w:r>
            <w:r>
              <w:rPr>
                <w:b/>
                <w:sz w:val="18"/>
              </w:rPr>
              <w:t xml:space="preserve"> — </w:t>
            </w:r>
            <w:r w:rsidRPr="009C4F74">
              <w:rPr>
                <w:bCs/>
                <w:i/>
                <w:iCs/>
                <w:sz w:val="18"/>
              </w:rPr>
              <w:t>virtual</w:t>
            </w:r>
            <w:r w:rsidRPr="009C4F74">
              <w:rPr>
                <w:bCs/>
                <w:sz w:val="18"/>
              </w:rPr>
              <w:t xml:space="preserve"> broadcast available</w:t>
            </w:r>
          </w:p>
        </w:tc>
        <w:tc>
          <w:tcPr>
            <w:tcW w:w="2500" w:type="dxa"/>
            <w:shd w:val="clear" w:color="auto" w:fill="F7F0D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F697ABB" w14:textId="77777777" w:rsidR="009C20F1" w:rsidRPr="009C4F74" w:rsidRDefault="003C024A">
            <w:pPr>
              <w:spacing w:after="0" w:line="240" w:lineRule="auto"/>
              <w:jc w:val="center"/>
              <w:rPr>
                <w:bCs/>
              </w:rPr>
            </w:pPr>
            <w:r w:rsidRPr="009C4F74">
              <w:rPr>
                <w:bCs/>
                <w:color w:val="183A5A"/>
                <w:sz w:val="18"/>
              </w:rPr>
              <w:t>Dining Hall</w:t>
            </w:r>
          </w:p>
        </w:tc>
      </w:tr>
      <w:tr w:rsidR="009C20F1" w14:paraId="4411995F" w14:textId="77777777" w:rsidTr="00774A7E">
        <w:trPr>
          <w:jc w:val="center"/>
        </w:trPr>
        <w:tc>
          <w:tcPr>
            <w:tcW w:w="1450" w:type="dxa"/>
            <w:shd w:val="clear" w:color="auto" w:fill="F7F0D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3578BC9" w14:textId="77777777" w:rsidR="009C20F1" w:rsidRDefault="003C024A">
            <w:pPr>
              <w:spacing w:after="0" w:line="240" w:lineRule="auto"/>
              <w:jc w:val="center"/>
            </w:pPr>
            <w:r>
              <w:rPr>
                <w:b/>
                <w:color w:val="183A5A"/>
                <w:sz w:val="18"/>
              </w:rPr>
              <w:t>7:30 PM</w:t>
            </w:r>
          </w:p>
        </w:tc>
        <w:tc>
          <w:tcPr>
            <w:tcW w:w="5050" w:type="dxa"/>
            <w:shd w:val="clear" w:color="auto" w:fill="F7F0D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09A5671" w14:textId="68EDCFA0" w:rsidR="009C20F1" w:rsidRDefault="003C024A">
            <w:pPr>
              <w:spacing w:after="0" w:line="240" w:lineRule="auto"/>
            </w:pPr>
            <w:r w:rsidRPr="009C4F74">
              <w:rPr>
                <w:b/>
                <w:sz w:val="18"/>
              </w:rPr>
              <w:t>Welcome remarks, followed by the beginning of</w:t>
            </w:r>
            <w:r w:rsidR="007306FF">
              <w:rPr>
                <w:b/>
                <w:sz w:val="18"/>
              </w:rPr>
              <w:t xml:space="preserve"> </w:t>
            </w:r>
            <w:r w:rsidR="007306FF" w:rsidRPr="009C4F74">
              <w:rPr>
                <w:bCs/>
                <w:i/>
                <w:iCs/>
                <w:sz w:val="18"/>
                <w:u w:val="single"/>
              </w:rPr>
              <w:t>GRAND SILENCE</w:t>
            </w:r>
          </w:p>
        </w:tc>
        <w:tc>
          <w:tcPr>
            <w:tcW w:w="2500" w:type="dxa"/>
            <w:shd w:val="clear" w:color="auto" w:fill="F7F0D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BF2FE46" w14:textId="3CCDA802" w:rsidR="009C20F1" w:rsidRPr="009C4F74" w:rsidRDefault="007306FF">
            <w:pPr>
              <w:spacing w:after="0" w:line="240" w:lineRule="auto"/>
              <w:jc w:val="center"/>
              <w:rPr>
                <w:bCs/>
              </w:rPr>
            </w:pPr>
            <w:r w:rsidRPr="009C4F74">
              <w:rPr>
                <w:bCs/>
                <w:color w:val="183A5A"/>
                <w:sz w:val="18"/>
              </w:rPr>
              <w:t>Dining Hall</w:t>
            </w:r>
          </w:p>
        </w:tc>
      </w:tr>
      <w:tr w:rsidR="009C20F1" w14:paraId="337397B7" w14:textId="77777777" w:rsidTr="00774A7E">
        <w:trPr>
          <w:jc w:val="center"/>
        </w:trPr>
        <w:tc>
          <w:tcPr>
            <w:tcW w:w="1450" w:type="dxa"/>
            <w:shd w:val="clear" w:color="auto" w:fill="F7F0D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235B876" w14:textId="77777777" w:rsidR="009C20F1" w:rsidRDefault="003C024A">
            <w:pPr>
              <w:spacing w:after="0" w:line="240" w:lineRule="auto"/>
              <w:jc w:val="center"/>
            </w:pPr>
            <w:r>
              <w:rPr>
                <w:b/>
                <w:color w:val="183A5A"/>
                <w:sz w:val="18"/>
              </w:rPr>
              <w:t>8:00 PM</w:t>
            </w:r>
          </w:p>
        </w:tc>
        <w:tc>
          <w:tcPr>
            <w:tcW w:w="5050" w:type="dxa"/>
            <w:shd w:val="clear" w:color="auto" w:fill="F7F0D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1F276BD" w14:textId="01C08DAB" w:rsidR="009C20F1" w:rsidRDefault="003C024A">
            <w:pPr>
              <w:spacing w:after="0" w:line="240" w:lineRule="auto"/>
            </w:pPr>
            <w:r>
              <w:rPr>
                <w:b/>
                <w:sz w:val="18"/>
              </w:rPr>
              <w:t xml:space="preserve">Legion Prayers, Rosary, </w:t>
            </w:r>
            <w:r w:rsidRPr="007306FF">
              <w:rPr>
                <w:b/>
                <w:color w:val="EE0000"/>
                <w:sz w:val="18"/>
              </w:rPr>
              <w:t>F</w:t>
            </w:r>
            <w:r w:rsidR="007306FF" w:rsidRPr="007306FF">
              <w:rPr>
                <w:b/>
                <w:color w:val="EE0000"/>
                <w:sz w:val="18"/>
              </w:rPr>
              <w:t xml:space="preserve">IRST </w:t>
            </w:r>
            <w:r w:rsidRPr="007306FF">
              <w:rPr>
                <w:b/>
                <w:color w:val="EE0000"/>
                <w:sz w:val="18"/>
              </w:rPr>
              <w:t xml:space="preserve">Conference </w:t>
            </w:r>
            <w:r>
              <w:rPr>
                <w:b/>
                <w:sz w:val="18"/>
              </w:rPr>
              <w:t xml:space="preserve">and Catena — </w:t>
            </w:r>
            <w:r w:rsidRPr="009C4F74">
              <w:rPr>
                <w:bCs/>
                <w:i/>
                <w:iCs/>
                <w:sz w:val="18"/>
              </w:rPr>
              <w:t>virtua</w:t>
            </w:r>
            <w:r w:rsidRPr="009C4F74">
              <w:rPr>
                <w:bCs/>
                <w:sz w:val="18"/>
              </w:rPr>
              <w:t>l broadcast available</w:t>
            </w:r>
          </w:p>
        </w:tc>
        <w:tc>
          <w:tcPr>
            <w:tcW w:w="2500" w:type="dxa"/>
            <w:shd w:val="clear" w:color="auto" w:fill="F7F0D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DC1EB7B" w14:textId="77777777" w:rsidR="009C20F1" w:rsidRPr="009C4F74" w:rsidRDefault="003C024A">
            <w:pPr>
              <w:spacing w:after="0" w:line="240" w:lineRule="auto"/>
              <w:jc w:val="center"/>
              <w:rPr>
                <w:bCs/>
              </w:rPr>
            </w:pPr>
            <w:r w:rsidRPr="009C4F74">
              <w:rPr>
                <w:bCs/>
                <w:color w:val="183A5A"/>
                <w:sz w:val="18"/>
              </w:rPr>
              <w:t>Upper McShain</w:t>
            </w:r>
          </w:p>
        </w:tc>
      </w:tr>
      <w:tr w:rsidR="009C20F1" w14:paraId="775B39FA" w14:textId="77777777" w:rsidTr="00774A7E">
        <w:trPr>
          <w:jc w:val="center"/>
        </w:trPr>
        <w:tc>
          <w:tcPr>
            <w:tcW w:w="1450" w:type="dxa"/>
            <w:shd w:val="clear" w:color="auto" w:fill="F7FAF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4900CA3" w14:textId="77777777" w:rsidR="009C20F1" w:rsidRDefault="003C024A">
            <w:pPr>
              <w:spacing w:after="0" w:line="240" w:lineRule="auto"/>
              <w:jc w:val="center"/>
            </w:pPr>
            <w:r>
              <w:rPr>
                <w:b/>
                <w:color w:val="183A5A"/>
                <w:sz w:val="18"/>
              </w:rPr>
              <w:t>9:00 PM</w:t>
            </w:r>
          </w:p>
        </w:tc>
        <w:tc>
          <w:tcPr>
            <w:tcW w:w="5050" w:type="dxa"/>
            <w:shd w:val="clear" w:color="auto" w:fill="F7FAF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E45B0A8" w14:textId="77777777" w:rsidR="007306FF" w:rsidRPr="009C4F74" w:rsidRDefault="007306FF">
            <w:pPr>
              <w:spacing w:after="0" w:line="240" w:lineRule="auto"/>
              <w:rPr>
                <w:b/>
                <w:bCs/>
                <w:sz w:val="18"/>
              </w:rPr>
            </w:pPr>
            <w:r w:rsidRPr="009C4F74">
              <w:rPr>
                <w:b/>
                <w:bCs/>
                <w:sz w:val="18"/>
              </w:rPr>
              <w:t>Celebration of the Eucharist</w:t>
            </w:r>
          </w:p>
          <w:p w14:paraId="5541BC27" w14:textId="5260FFE4" w:rsidR="009C20F1" w:rsidRDefault="003C024A">
            <w:pPr>
              <w:spacing w:after="0" w:line="240" w:lineRule="auto"/>
            </w:pPr>
            <w:r w:rsidRPr="009C4F74">
              <w:rPr>
                <w:b/>
                <w:bCs/>
                <w:sz w:val="18"/>
              </w:rPr>
              <w:t>Night Prayer and Legion Concluding Prayers</w:t>
            </w:r>
            <w:r>
              <w:rPr>
                <w:sz w:val="18"/>
              </w:rPr>
              <w:t xml:space="preserve"> — </w:t>
            </w:r>
            <w:r w:rsidRPr="009C4F74">
              <w:rPr>
                <w:i/>
                <w:iCs/>
                <w:sz w:val="18"/>
              </w:rPr>
              <w:t xml:space="preserve">virtual </w:t>
            </w:r>
            <w:r>
              <w:rPr>
                <w:sz w:val="18"/>
              </w:rPr>
              <w:t>broadcast available</w:t>
            </w:r>
          </w:p>
        </w:tc>
        <w:tc>
          <w:tcPr>
            <w:tcW w:w="2500" w:type="dxa"/>
            <w:shd w:val="clear" w:color="auto" w:fill="F7FAF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5DC1695" w14:textId="77777777" w:rsidR="009C20F1" w:rsidRDefault="003C024A">
            <w:pPr>
              <w:spacing w:after="0" w:line="240" w:lineRule="auto"/>
              <w:jc w:val="center"/>
            </w:pPr>
            <w:r>
              <w:rPr>
                <w:color w:val="183A5A"/>
                <w:sz w:val="18"/>
              </w:rPr>
              <w:t>Upper McShain</w:t>
            </w:r>
          </w:p>
        </w:tc>
      </w:tr>
      <w:tr w:rsidR="009C20F1" w14:paraId="4137CF10" w14:textId="77777777" w:rsidTr="00774A7E">
        <w:trPr>
          <w:jc w:val="center"/>
        </w:trPr>
        <w:tc>
          <w:tcPr>
            <w:tcW w:w="14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1CC2296" w14:textId="77777777" w:rsidR="009C20F1" w:rsidRDefault="003C024A">
            <w:pPr>
              <w:spacing w:after="0" w:line="240" w:lineRule="auto"/>
              <w:jc w:val="center"/>
            </w:pPr>
            <w:r>
              <w:rPr>
                <w:b/>
                <w:color w:val="183A5A"/>
                <w:sz w:val="18"/>
              </w:rPr>
              <w:t>10:00 PM</w:t>
            </w:r>
          </w:p>
        </w:tc>
        <w:tc>
          <w:tcPr>
            <w:tcW w:w="50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F57843A" w14:textId="77777777" w:rsidR="009C20F1" w:rsidRPr="005A0B88" w:rsidRDefault="003C024A" w:rsidP="005A0B88">
            <w:pPr>
              <w:spacing w:after="0" w:line="240" w:lineRule="auto"/>
              <w:jc w:val="center"/>
              <w:rPr>
                <w:b/>
                <w:bCs/>
              </w:rPr>
            </w:pPr>
            <w:r w:rsidRPr="005A0B88">
              <w:rPr>
                <w:b/>
                <w:bCs/>
                <w:sz w:val="18"/>
              </w:rPr>
              <w:t>Lights out</w:t>
            </w:r>
          </w:p>
        </w:tc>
        <w:tc>
          <w:tcPr>
            <w:tcW w:w="2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B784D3C" w14:textId="77777777" w:rsidR="009C20F1" w:rsidRDefault="003C024A">
            <w:pPr>
              <w:spacing w:after="0" w:line="240" w:lineRule="auto"/>
              <w:jc w:val="center"/>
            </w:pPr>
            <w:r>
              <w:rPr>
                <w:color w:val="183A5A"/>
                <w:sz w:val="18"/>
              </w:rPr>
              <w:t>Guest rooms</w:t>
            </w:r>
          </w:p>
        </w:tc>
      </w:tr>
      <w:tr w:rsidR="009C20F1" w14:paraId="0C860427" w14:textId="77777777" w:rsidTr="00774A7E">
        <w:trPr>
          <w:jc w:val="center"/>
        </w:trPr>
        <w:tc>
          <w:tcPr>
            <w:tcW w:w="9000" w:type="dxa"/>
            <w:gridSpan w:val="3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50F719B" w14:textId="77777777" w:rsidR="009C20F1" w:rsidRDefault="003C024A">
            <w:pPr>
              <w:spacing w:after="0"/>
            </w:pPr>
            <w:r>
              <w:rPr>
                <w:b/>
                <w:color w:val="2F638C"/>
                <w:sz w:val="18"/>
              </w:rPr>
              <w:t xml:space="preserve">VIRTUAL ACCESS  </w:t>
            </w:r>
            <w:r>
              <w:rPr>
                <w:sz w:val="18"/>
              </w:rPr>
              <w:t>Virtual participation is available for the English conferences and the activities specifically marked in this agenda.</w:t>
            </w:r>
          </w:p>
        </w:tc>
      </w:tr>
    </w:tbl>
    <w:p w14:paraId="7CA652DE" w14:textId="4E074141" w:rsidR="009C20F1" w:rsidRDefault="003C024A">
      <w:pPr>
        <w:keepNext/>
        <w:spacing w:before="40"/>
      </w:pPr>
      <w:r>
        <w:rPr>
          <w:b/>
          <w:color w:val="183A5A"/>
          <w:sz w:val="32"/>
        </w:rPr>
        <w:t xml:space="preserve">         </w:t>
      </w:r>
      <w:r w:rsidR="00F22653">
        <w:rPr>
          <w:b/>
          <w:color w:val="183A5A"/>
          <w:sz w:val="32"/>
        </w:rPr>
        <w:t>SATURDAY</w:t>
      </w:r>
      <w:r w:rsidR="00F22653">
        <w:rPr>
          <w:b/>
          <w:color w:val="C6A15B"/>
        </w:rPr>
        <w:t xml:space="preserve"> | October</w:t>
      </w:r>
      <w:r>
        <w:rPr>
          <w:b/>
          <w:color w:val="C6A15B"/>
        </w:rPr>
        <w:t xml:space="preserve"> 24</w:t>
      </w:r>
      <w:r>
        <w:rPr>
          <w:i/>
          <w:color w:val="5F6B73"/>
          <w:sz w:val="19"/>
        </w:rPr>
        <w:br/>
      </w:r>
      <w:r>
        <w:rPr>
          <w:b/>
          <w:bCs/>
          <w:i/>
          <w:color w:val="5F6B73"/>
          <w:sz w:val="19"/>
        </w:rPr>
        <w:t xml:space="preserve">               </w:t>
      </w:r>
      <w:r w:rsidRPr="009C4F74">
        <w:rPr>
          <w:b/>
          <w:bCs/>
          <w:i/>
          <w:color w:val="5F6B73"/>
          <w:sz w:val="19"/>
        </w:rPr>
        <w:t>Grand Silence is observed throughout the retreat.</w:t>
      </w:r>
    </w:p>
    <w:tbl>
      <w:tblPr>
        <w:tblW w:w="9000" w:type="dxa"/>
        <w:jc w:val="center"/>
        <w:tblBorders>
          <w:top w:val="single" w:sz="5" w:space="0" w:color="C8D3DC"/>
          <w:left w:val="single" w:sz="5" w:space="0" w:color="C8D3DC"/>
          <w:bottom w:val="single" w:sz="5" w:space="0" w:color="C8D3DC"/>
          <w:right w:val="single" w:sz="5" w:space="0" w:color="C8D3DC"/>
          <w:insideH w:val="single" w:sz="5" w:space="0" w:color="C8D3DC"/>
          <w:insideV w:val="single" w:sz="5" w:space="0" w:color="C8D3DC"/>
        </w:tblBorders>
        <w:tblLayout w:type="fixed"/>
        <w:tblLook w:val="04A0" w:firstRow="1" w:lastRow="0" w:firstColumn="1" w:lastColumn="0" w:noHBand="0" w:noVBand="1"/>
      </w:tblPr>
      <w:tblGrid>
        <w:gridCol w:w="1450"/>
        <w:gridCol w:w="5050"/>
        <w:gridCol w:w="2500"/>
      </w:tblGrid>
      <w:tr w:rsidR="009C20F1" w14:paraId="670BF060" w14:textId="77777777" w:rsidTr="003C024A">
        <w:trPr>
          <w:tblHeader/>
          <w:jc w:val="center"/>
        </w:trPr>
        <w:tc>
          <w:tcPr>
            <w:tcW w:w="1450" w:type="dxa"/>
            <w:shd w:val="clear" w:color="auto" w:fill="183A5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3C614FF" w14:textId="77777777" w:rsidR="009C20F1" w:rsidRDefault="003C024A">
            <w:pPr>
              <w:spacing w:after="0"/>
              <w:jc w:val="center"/>
            </w:pPr>
            <w:r>
              <w:rPr>
                <w:b/>
                <w:color w:val="FFFFFF"/>
                <w:sz w:val="18"/>
              </w:rPr>
              <w:t>TIME</w:t>
            </w:r>
          </w:p>
        </w:tc>
        <w:tc>
          <w:tcPr>
            <w:tcW w:w="5050" w:type="dxa"/>
            <w:shd w:val="clear" w:color="auto" w:fill="183A5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1204857" w14:textId="77777777" w:rsidR="009C20F1" w:rsidRDefault="003C024A">
            <w:pPr>
              <w:spacing w:after="0"/>
              <w:jc w:val="center"/>
            </w:pPr>
            <w:r>
              <w:rPr>
                <w:b/>
                <w:color w:val="FFFFFF"/>
                <w:sz w:val="18"/>
              </w:rPr>
              <w:t>ACTIVITY</w:t>
            </w:r>
          </w:p>
        </w:tc>
        <w:tc>
          <w:tcPr>
            <w:tcW w:w="2500" w:type="dxa"/>
            <w:shd w:val="clear" w:color="auto" w:fill="183A5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E83F2F1" w14:textId="77777777" w:rsidR="009C20F1" w:rsidRDefault="003C024A">
            <w:pPr>
              <w:spacing w:after="0"/>
              <w:jc w:val="center"/>
            </w:pPr>
            <w:r>
              <w:rPr>
                <w:b/>
                <w:color w:val="FFFFFF"/>
                <w:sz w:val="18"/>
              </w:rPr>
              <w:t>LOCATION</w:t>
            </w:r>
          </w:p>
        </w:tc>
      </w:tr>
      <w:tr w:rsidR="009C20F1" w14:paraId="74DECF22" w14:textId="77777777" w:rsidTr="003C024A">
        <w:trPr>
          <w:jc w:val="center"/>
        </w:trPr>
        <w:tc>
          <w:tcPr>
            <w:tcW w:w="14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0117122" w14:textId="77777777" w:rsidR="009C20F1" w:rsidRDefault="003C024A">
            <w:pPr>
              <w:spacing w:after="0" w:line="240" w:lineRule="auto"/>
              <w:jc w:val="center"/>
            </w:pPr>
            <w:r>
              <w:rPr>
                <w:b/>
                <w:color w:val="183A5A"/>
                <w:sz w:val="18"/>
              </w:rPr>
              <w:t>7:00 AM</w:t>
            </w:r>
          </w:p>
        </w:tc>
        <w:tc>
          <w:tcPr>
            <w:tcW w:w="50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82E1286" w14:textId="77777777" w:rsidR="009C20F1" w:rsidRDefault="003C024A">
            <w:pPr>
              <w:spacing w:after="0" w:line="240" w:lineRule="auto"/>
            </w:pPr>
            <w:r>
              <w:rPr>
                <w:sz w:val="18"/>
              </w:rPr>
              <w:t>Rise at the Prefect’s knock: “Bless the Lord.” Response: “Give thanks to God.”</w:t>
            </w:r>
          </w:p>
        </w:tc>
        <w:tc>
          <w:tcPr>
            <w:tcW w:w="2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A896B1C" w14:textId="77777777" w:rsidR="009C20F1" w:rsidRDefault="003C024A">
            <w:pPr>
              <w:spacing w:after="0" w:line="240" w:lineRule="auto"/>
              <w:jc w:val="center"/>
            </w:pPr>
            <w:r>
              <w:rPr>
                <w:color w:val="183A5A"/>
                <w:sz w:val="18"/>
              </w:rPr>
              <w:t>Guest rooms</w:t>
            </w:r>
          </w:p>
        </w:tc>
      </w:tr>
      <w:tr w:rsidR="009C20F1" w14:paraId="1F943FAA" w14:textId="77777777" w:rsidTr="003C024A">
        <w:trPr>
          <w:jc w:val="center"/>
        </w:trPr>
        <w:tc>
          <w:tcPr>
            <w:tcW w:w="1450" w:type="dxa"/>
            <w:shd w:val="clear" w:color="auto" w:fill="F7FAF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2BD53DF" w14:textId="77777777" w:rsidR="009C20F1" w:rsidRDefault="003C024A">
            <w:pPr>
              <w:spacing w:after="0" w:line="240" w:lineRule="auto"/>
              <w:jc w:val="center"/>
            </w:pPr>
            <w:r>
              <w:rPr>
                <w:b/>
                <w:color w:val="183A5A"/>
                <w:sz w:val="18"/>
              </w:rPr>
              <w:t>7:20 AM</w:t>
            </w:r>
          </w:p>
        </w:tc>
        <w:tc>
          <w:tcPr>
            <w:tcW w:w="5050" w:type="dxa"/>
            <w:shd w:val="clear" w:color="auto" w:fill="F7FAF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4476A0D" w14:textId="1B0D76DB" w:rsidR="009C20F1" w:rsidRDefault="003C024A">
            <w:pPr>
              <w:spacing w:after="0" w:line="240" w:lineRule="auto"/>
            </w:pPr>
            <w:r w:rsidRPr="007306FF">
              <w:rPr>
                <w:b/>
                <w:bCs/>
                <w:sz w:val="18"/>
              </w:rPr>
              <w:t>A</w:t>
            </w:r>
            <w:r w:rsidR="007306FF" w:rsidRPr="007306FF">
              <w:rPr>
                <w:b/>
                <w:bCs/>
                <w:sz w:val="18"/>
              </w:rPr>
              <w:t>NGELUS</w:t>
            </w:r>
            <w:r w:rsidRPr="007306FF">
              <w:rPr>
                <w:b/>
                <w:bCs/>
                <w:sz w:val="18"/>
              </w:rPr>
              <w:t xml:space="preserve"> </w:t>
            </w:r>
            <w:r>
              <w:rPr>
                <w:sz w:val="18"/>
              </w:rPr>
              <w:t>at bedroom door, led by the Prefect</w:t>
            </w:r>
          </w:p>
        </w:tc>
        <w:tc>
          <w:tcPr>
            <w:tcW w:w="2500" w:type="dxa"/>
            <w:shd w:val="clear" w:color="auto" w:fill="F7FAF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2BC5EF8" w14:textId="77777777" w:rsidR="009C20F1" w:rsidRDefault="003C024A">
            <w:pPr>
              <w:spacing w:after="0" w:line="240" w:lineRule="auto"/>
              <w:jc w:val="center"/>
            </w:pPr>
            <w:r>
              <w:rPr>
                <w:color w:val="183A5A"/>
                <w:sz w:val="18"/>
              </w:rPr>
              <w:t>Guest rooms</w:t>
            </w:r>
          </w:p>
        </w:tc>
      </w:tr>
      <w:tr w:rsidR="009C20F1" w14:paraId="24BDACD4" w14:textId="77777777" w:rsidTr="003C024A">
        <w:trPr>
          <w:jc w:val="center"/>
        </w:trPr>
        <w:tc>
          <w:tcPr>
            <w:tcW w:w="1450" w:type="dxa"/>
            <w:shd w:val="clear" w:color="auto" w:fill="F7F0D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55B21FF" w14:textId="77777777" w:rsidR="009C20F1" w:rsidRDefault="003C024A">
            <w:pPr>
              <w:spacing w:after="0" w:line="240" w:lineRule="auto"/>
              <w:jc w:val="center"/>
            </w:pPr>
            <w:r>
              <w:rPr>
                <w:b/>
                <w:color w:val="183A5A"/>
                <w:sz w:val="18"/>
              </w:rPr>
              <w:t>7:30 AM</w:t>
            </w:r>
          </w:p>
        </w:tc>
        <w:tc>
          <w:tcPr>
            <w:tcW w:w="5050" w:type="dxa"/>
            <w:shd w:val="clear" w:color="auto" w:fill="F7F0D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433E0D1" w14:textId="7CBB4EA0" w:rsidR="009C20F1" w:rsidRDefault="003C024A">
            <w:pPr>
              <w:spacing w:after="0" w:line="240" w:lineRule="auto"/>
            </w:pPr>
            <w:r>
              <w:rPr>
                <w:b/>
                <w:sz w:val="18"/>
              </w:rPr>
              <w:t xml:space="preserve">Saturday Morning Prayer — </w:t>
            </w:r>
            <w:r w:rsidRPr="009C4F74">
              <w:rPr>
                <w:bCs/>
                <w:i/>
                <w:iCs/>
                <w:sz w:val="18"/>
              </w:rPr>
              <w:t xml:space="preserve">virtual </w:t>
            </w:r>
            <w:r w:rsidRPr="009C4F74">
              <w:rPr>
                <w:bCs/>
                <w:sz w:val="18"/>
              </w:rPr>
              <w:t>broadcast available</w:t>
            </w:r>
          </w:p>
        </w:tc>
        <w:tc>
          <w:tcPr>
            <w:tcW w:w="2500" w:type="dxa"/>
            <w:shd w:val="clear" w:color="auto" w:fill="F7F0D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44A012" w14:textId="77777777" w:rsidR="009C20F1" w:rsidRDefault="003C024A">
            <w:pPr>
              <w:spacing w:after="0" w:line="240" w:lineRule="auto"/>
              <w:jc w:val="center"/>
            </w:pPr>
            <w:r>
              <w:rPr>
                <w:b/>
                <w:color w:val="183A5A"/>
                <w:sz w:val="18"/>
              </w:rPr>
              <w:t>Upper McShain</w:t>
            </w:r>
          </w:p>
        </w:tc>
      </w:tr>
      <w:tr w:rsidR="009C20F1" w14:paraId="6BEE1D1A" w14:textId="77777777" w:rsidTr="003C024A">
        <w:trPr>
          <w:jc w:val="center"/>
        </w:trPr>
        <w:tc>
          <w:tcPr>
            <w:tcW w:w="1450" w:type="dxa"/>
            <w:shd w:val="clear" w:color="auto" w:fill="F7FAF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B9C1623" w14:textId="77777777" w:rsidR="009C20F1" w:rsidRDefault="003C024A">
            <w:pPr>
              <w:spacing w:after="0" w:line="240" w:lineRule="auto"/>
              <w:jc w:val="center"/>
            </w:pPr>
            <w:r>
              <w:rPr>
                <w:b/>
                <w:color w:val="183A5A"/>
                <w:sz w:val="18"/>
              </w:rPr>
              <w:t>7:45 AM</w:t>
            </w:r>
          </w:p>
        </w:tc>
        <w:tc>
          <w:tcPr>
            <w:tcW w:w="5050" w:type="dxa"/>
            <w:shd w:val="clear" w:color="auto" w:fill="F7FAF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E09FD61" w14:textId="77777777" w:rsidR="009C20F1" w:rsidRDefault="003C024A">
            <w:pPr>
              <w:spacing w:after="0" w:line="240" w:lineRule="auto"/>
            </w:pPr>
            <w:r>
              <w:rPr>
                <w:sz w:val="18"/>
              </w:rPr>
              <w:t>Flag Ceremony</w:t>
            </w:r>
          </w:p>
        </w:tc>
        <w:tc>
          <w:tcPr>
            <w:tcW w:w="2500" w:type="dxa"/>
            <w:shd w:val="clear" w:color="auto" w:fill="F7FAF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04A42B5" w14:textId="77777777" w:rsidR="009C20F1" w:rsidRDefault="003C024A">
            <w:pPr>
              <w:spacing w:after="0" w:line="240" w:lineRule="auto"/>
              <w:jc w:val="center"/>
            </w:pPr>
            <w:r>
              <w:rPr>
                <w:color w:val="183A5A"/>
                <w:sz w:val="18"/>
              </w:rPr>
              <w:t>Outside Dining Hall</w:t>
            </w:r>
          </w:p>
        </w:tc>
      </w:tr>
      <w:tr w:rsidR="009C20F1" w14:paraId="433F224F" w14:textId="77777777" w:rsidTr="003C024A">
        <w:trPr>
          <w:jc w:val="center"/>
        </w:trPr>
        <w:tc>
          <w:tcPr>
            <w:tcW w:w="14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8DF5852" w14:textId="77777777" w:rsidR="009C20F1" w:rsidRDefault="003C024A">
            <w:pPr>
              <w:spacing w:after="0" w:line="240" w:lineRule="auto"/>
              <w:jc w:val="center"/>
            </w:pPr>
            <w:r>
              <w:rPr>
                <w:b/>
                <w:color w:val="183A5A"/>
                <w:sz w:val="18"/>
              </w:rPr>
              <w:t>8:00 AM</w:t>
            </w:r>
          </w:p>
        </w:tc>
        <w:tc>
          <w:tcPr>
            <w:tcW w:w="50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B4C0E98" w14:textId="4734DE17" w:rsidR="009C20F1" w:rsidRDefault="003C024A">
            <w:pPr>
              <w:spacing w:after="0" w:line="240" w:lineRule="auto"/>
            </w:pPr>
            <w:r w:rsidRPr="005071B5">
              <w:rPr>
                <w:b/>
                <w:bCs/>
                <w:sz w:val="18"/>
              </w:rPr>
              <w:t>B</w:t>
            </w:r>
            <w:r w:rsidR="005071B5" w:rsidRPr="005071B5">
              <w:rPr>
                <w:b/>
                <w:bCs/>
                <w:sz w:val="18"/>
              </w:rPr>
              <w:t xml:space="preserve">REAKFAST </w:t>
            </w:r>
            <w:r>
              <w:rPr>
                <w:sz w:val="18"/>
              </w:rPr>
              <w:t xml:space="preserve">with readings — </w:t>
            </w:r>
            <w:r w:rsidRPr="009C4F74">
              <w:rPr>
                <w:i/>
                <w:iCs/>
                <w:sz w:val="18"/>
              </w:rPr>
              <w:t xml:space="preserve">virtual </w:t>
            </w:r>
            <w:r>
              <w:rPr>
                <w:sz w:val="18"/>
              </w:rPr>
              <w:t>broadcast available</w:t>
            </w:r>
          </w:p>
        </w:tc>
        <w:tc>
          <w:tcPr>
            <w:tcW w:w="2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FD897AA" w14:textId="77777777" w:rsidR="009C20F1" w:rsidRDefault="003C024A">
            <w:pPr>
              <w:spacing w:after="0" w:line="240" w:lineRule="auto"/>
              <w:jc w:val="center"/>
            </w:pPr>
            <w:r>
              <w:rPr>
                <w:color w:val="183A5A"/>
                <w:sz w:val="18"/>
              </w:rPr>
              <w:t>Dining Hall</w:t>
            </w:r>
          </w:p>
        </w:tc>
      </w:tr>
      <w:tr w:rsidR="009C20F1" w14:paraId="2B3EF018" w14:textId="77777777" w:rsidTr="003C024A">
        <w:trPr>
          <w:jc w:val="center"/>
        </w:trPr>
        <w:tc>
          <w:tcPr>
            <w:tcW w:w="1450" w:type="dxa"/>
            <w:shd w:val="clear" w:color="auto" w:fill="F7FAF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8140A76" w14:textId="77777777" w:rsidR="009C20F1" w:rsidRDefault="003C024A">
            <w:pPr>
              <w:spacing w:after="0" w:line="240" w:lineRule="auto"/>
              <w:jc w:val="center"/>
            </w:pPr>
            <w:r>
              <w:rPr>
                <w:b/>
                <w:color w:val="183A5A"/>
                <w:sz w:val="18"/>
              </w:rPr>
              <w:t>9:00 AM</w:t>
            </w:r>
          </w:p>
        </w:tc>
        <w:tc>
          <w:tcPr>
            <w:tcW w:w="5050" w:type="dxa"/>
            <w:shd w:val="clear" w:color="auto" w:fill="F7FAF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3E241EF" w14:textId="316C75AB" w:rsidR="009C20F1" w:rsidRPr="007306FF" w:rsidRDefault="003C024A" w:rsidP="007306FF">
            <w:pPr>
              <w:spacing w:after="0" w:line="240" w:lineRule="auto"/>
              <w:jc w:val="center"/>
              <w:rPr>
                <w:b/>
                <w:bCs/>
              </w:rPr>
            </w:pPr>
            <w:r w:rsidRPr="007306FF">
              <w:rPr>
                <w:b/>
                <w:bCs/>
                <w:sz w:val="18"/>
              </w:rPr>
              <w:t>Private Adoration begins</w:t>
            </w:r>
            <w:r w:rsidR="007306FF">
              <w:rPr>
                <w:b/>
                <w:bCs/>
                <w:sz w:val="18"/>
              </w:rPr>
              <w:t xml:space="preserve"> </w:t>
            </w:r>
            <w:r w:rsidR="007306FF" w:rsidRPr="007306FF">
              <w:rPr>
                <w:sz w:val="18"/>
              </w:rPr>
              <w:t>(For those who signed up)</w:t>
            </w:r>
          </w:p>
        </w:tc>
        <w:tc>
          <w:tcPr>
            <w:tcW w:w="2500" w:type="dxa"/>
            <w:shd w:val="clear" w:color="auto" w:fill="F7FAF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A084B55" w14:textId="77777777" w:rsidR="009C20F1" w:rsidRDefault="003C024A">
            <w:pPr>
              <w:spacing w:after="0" w:line="240" w:lineRule="auto"/>
              <w:jc w:val="center"/>
            </w:pPr>
            <w:r>
              <w:rPr>
                <w:color w:val="183A5A"/>
                <w:sz w:val="18"/>
              </w:rPr>
              <w:t>Oratories</w:t>
            </w:r>
          </w:p>
        </w:tc>
      </w:tr>
      <w:tr w:rsidR="009C20F1" w14:paraId="2A124402" w14:textId="77777777" w:rsidTr="003C024A">
        <w:trPr>
          <w:jc w:val="center"/>
        </w:trPr>
        <w:tc>
          <w:tcPr>
            <w:tcW w:w="1450" w:type="dxa"/>
            <w:shd w:val="clear" w:color="auto" w:fill="F7F0D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88D9812" w14:textId="77777777" w:rsidR="009C20F1" w:rsidRDefault="003C024A">
            <w:pPr>
              <w:spacing w:after="0" w:line="240" w:lineRule="auto"/>
              <w:jc w:val="center"/>
            </w:pPr>
            <w:r>
              <w:rPr>
                <w:b/>
                <w:color w:val="183A5A"/>
                <w:sz w:val="18"/>
              </w:rPr>
              <w:t>9:15 AM</w:t>
            </w:r>
          </w:p>
        </w:tc>
        <w:tc>
          <w:tcPr>
            <w:tcW w:w="5050" w:type="dxa"/>
            <w:shd w:val="clear" w:color="auto" w:fill="F7F0D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B0FABBA" w14:textId="4E36C081" w:rsidR="009C20F1" w:rsidRDefault="003C024A">
            <w:pPr>
              <w:spacing w:after="0" w:line="240" w:lineRule="auto"/>
            </w:pPr>
            <w:r>
              <w:rPr>
                <w:b/>
                <w:sz w:val="18"/>
              </w:rPr>
              <w:t xml:space="preserve">Opening Legion Prayers, Rosary and </w:t>
            </w:r>
            <w:r w:rsidR="009C4F74">
              <w:rPr>
                <w:b/>
                <w:color w:val="EE0000"/>
                <w:sz w:val="18"/>
              </w:rPr>
              <w:t xml:space="preserve">SECOND </w:t>
            </w:r>
            <w:r w:rsidRPr="009C4F74">
              <w:rPr>
                <w:b/>
                <w:color w:val="EE0000"/>
                <w:sz w:val="18"/>
              </w:rPr>
              <w:t xml:space="preserve">Conference </w:t>
            </w:r>
            <w:r>
              <w:rPr>
                <w:b/>
                <w:sz w:val="18"/>
              </w:rPr>
              <w:t xml:space="preserve">— </w:t>
            </w:r>
            <w:r w:rsidRPr="009C4F74">
              <w:rPr>
                <w:bCs/>
                <w:i/>
                <w:iCs/>
                <w:sz w:val="18"/>
              </w:rPr>
              <w:t>virtual</w:t>
            </w:r>
            <w:r w:rsidRPr="009C4F74">
              <w:rPr>
                <w:bCs/>
                <w:sz w:val="18"/>
              </w:rPr>
              <w:t xml:space="preserve"> broadcast available</w:t>
            </w:r>
          </w:p>
        </w:tc>
        <w:tc>
          <w:tcPr>
            <w:tcW w:w="2500" w:type="dxa"/>
            <w:shd w:val="clear" w:color="auto" w:fill="F7F0D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33BD976" w14:textId="77777777" w:rsidR="009C20F1" w:rsidRDefault="003C024A">
            <w:pPr>
              <w:spacing w:after="0" w:line="240" w:lineRule="auto"/>
              <w:jc w:val="center"/>
            </w:pPr>
            <w:r>
              <w:rPr>
                <w:b/>
                <w:color w:val="183A5A"/>
                <w:sz w:val="18"/>
              </w:rPr>
              <w:t>Upper McShain</w:t>
            </w:r>
          </w:p>
        </w:tc>
      </w:tr>
      <w:tr w:rsidR="009C20F1" w14:paraId="43170F56" w14:textId="77777777" w:rsidTr="003C024A">
        <w:trPr>
          <w:jc w:val="center"/>
        </w:trPr>
        <w:tc>
          <w:tcPr>
            <w:tcW w:w="1450" w:type="dxa"/>
            <w:shd w:val="clear" w:color="auto" w:fill="F7F0D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9C7C6CA" w14:textId="77777777" w:rsidR="009C20F1" w:rsidRDefault="003C024A">
            <w:pPr>
              <w:spacing w:after="0" w:line="240" w:lineRule="auto"/>
              <w:jc w:val="center"/>
            </w:pPr>
            <w:r>
              <w:rPr>
                <w:b/>
                <w:color w:val="183A5A"/>
                <w:sz w:val="18"/>
              </w:rPr>
              <w:lastRenderedPageBreak/>
              <w:t>10:30 AM–12:00 PM</w:t>
            </w:r>
          </w:p>
        </w:tc>
        <w:tc>
          <w:tcPr>
            <w:tcW w:w="5050" w:type="dxa"/>
            <w:shd w:val="clear" w:color="auto" w:fill="F7F0D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021F77F" w14:textId="77777777" w:rsidR="009C20F1" w:rsidRDefault="003C024A">
            <w:pPr>
              <w:spacing w:after="0" w:line="240" w:lineRule="auto"/>
            </w:pPr>
            <w:r>
              <w:rPr>
                <w:b/>
                <w:sz w:val="18"/>
              </w:rPr>
              <w:t>Examination of Conscience, followed by the Sacrament of Reconciliation</w:t>
            </w:r>
          </w:p>
        </w:tc>
        <w:tc>
          <w:tcPr>
            <w:tcW w:w="2500" w:type="dxa"/>
            <w:shd w:val="clear" w:color="auto" w:fill="F7F0D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2207AE2" w14:textId="77777777" w:rsidR="009C20F1" w:rsidRDefault="003C024A">
            <w:pPr>
              <w:spacing w:after="0" w:line="240" w:lineRule="auto"/>
              <w:jc w:val="center"/>
            </w:pPr>
            <w:r>
              <w:rPr>
                <w:b/>
                <w:color w:val="183A5A"/>
                <w:sz w:val="18"/>
              </w:rPr>
              <w:t>Locations TBA</w:t>
            </w:r>
          </w:p>
        </w:tc>
      </w:tr>
      <w:tr w:rsidR="009C20F1" w14:paraId="56FFF605" w14:textId="77777777" w:rsidTr="003C024A">
        <w:trPr>
          <w:jc w:val="center"/>
        </w:trPr>
        <w:tc>
          <w:tcPr>
            <w:tcW w:w="14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6B42AE9" w14:textId="77777777" w:rsidR="009C20F1" w:rsidRDefault="003C024A">
            <w:pPr>
              <w:spacing w:after="0" w:line="240" w:lineRule="auto"/>
              <w:jc w:val="center"/>
            </w:pPr>
            <w:r>
              <w:rPr>
                <w:b/>
                <w:color w:val="183A5A"/>
                <w:sz w:val="18"/>
              </w:rPr>
              <w:t>12:15 PM</w:t>
            </w:r>
          </w:p>
        </w:tc>
        <w:tc>
          <w:tcPr>
            <w:tcW w:w="50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8DF103A" w14:textId="23DCF389" w:rsidR="009C20F1" w:rsidRDefault="003C024A">
            <w:pPr>
              <w:spacing w:after="0" w:line="240" w:lineRule="auto"/>
            </w:pPr>
            <w:r>
              <w:rPr>
                <w:sz w:val="18"/>
              </w:rPr>
              <w:t xml:space="preserve">Angelus and </w:t>
            </w:r>
            <w:r w:rsidR="005071B5" w:rsidRPr="005071B5">
              <w:rPr>
                <w:b/>
                <w:bCs/>
                <w:sz w:val="18"/>
              </w:rPr>
              <w:t>LUNCH</w:t>
            </w:r>
            <w:r w:rsidRPr="005071B5">
              <w:rPr>
                <w:b/>
                <w:bCs/>
                <w:sz w:val="18"/>
              </w:rPr>
              <w:t xml:space="preserve"> </w:t>
            </w:r>
            <w:r>
              <w:rPr>
                <w:sz w:val="18"/>
              </w:rPr>
              <w:t xml:space="preserve">with readings — </w:t>
            </w:r>
            <w:r w:rsidRPr="009C4F74">
              <w:rPr>
                <w:i/>
                <w:iCs/>
                <w:sz w:val="18"/>
              </w:rPr>
              <w:t xml:space="preserve">virtual </w:t>
            </w:r>
            <w:r>
              <w:rPr>
                <w:sz w:val="18"/>
              </w:rPr>
              <w:t>broadcast available</w:t>
            </w:r>
          </w:p>
        </w:tc>
        <w:tc>
          <w:tcPr>
            <w:tcW w:w="2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07E43E9" w14:textId="77777777" w:rsidR="009C20F1" w:rsidRDefault="003C024A">
            <w:pPr>
              <w:spacing w:after="0" w:line="240" w:lineRule="auto"/>
              <w:jc w:val="center"/>
            </w:pPr>
            <w:r>
              <w:rPr>
                <w:color w:val="183A5A"/>
                <w:sz w:val="18"/>
              </w:rPr>
              <w:t>Dining Hall</w:t>
            </w:r>
          </w:p>
        </w:tc>
      </w:tr>
      <w:tr w:rsidR="009C20F1" w14:paraId="0DD4FE70" w14:textId="77777777" w:rsidTr="003C024A">
        <w:trPr>
          <w:jc w:val="center"/>
        </w:trPr>
        <w:tc>
          <w:tcPr>
            <w:tcW w:w="1450" w:type="dxa"/>
            <w:shd w:val="clear" w:color="auto" w:fill="F7F0D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48DF662" w14:textId="77777777" w:rsidR="009C20F1" w:rsidRDefault="003C024A">
            <w:pPr>
              <w:spacing w:after="0" w:line="240" w:lineRule="auto"/>
              <w:jc w:val="center"/>
            </w:pPr>
            <w:r>
              <w:rPr>
                <w:b/>
                <w:color w:val="183A5A"/>
                <w:sz w:val="18"/>
              </w:rPr>
              <w:t>1:00–2:00 PM</w:t>
            </w:r>
          </w:p>
        </w:tc>
        <w:tc>
          <w:tcPr>
            <w:tcW w:w="5050" w:type="dxa"/>
            <w:shd w:val="clear" w:color="auto" w:fill="F7F0D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E530C95" w14:textId="77777777" w:rsidR="009C4F74" w:rsidRDefault="003C024A">
            <w:pPr>
              <w:spacing w:after="0" w:line="240" w:lineRule="auto"/>
              <w:rPr>
                <w:b/>
                <w:sz w:val="18"/>
              </w:rPr>
            </w:pPr>
            <w:r>
              <w:rPr>
                <w:b/>
                <w:sz w:val="18"/>
              </w:rPr>
              <w:t>Sacrament of Reconciliation</w:t>
            </w:r>
            <w:r w:rsidR="009C4F74">
              <w:rPr>
                <w:b/>
                <w:sz w:val="18"/>
              </w:rPr>
              <w:t xml:space="preserve"> continues</w:t>
            </w:r>
            <w:r>
              <w:rPr>
                <w:b/>
                <w:sz w:val="18"/>
              </w:rPr>
              <w:t xml:space="preserve">, if needed. </w:t>
            </w:r>
          </w:p>
          <w:p w14:paraId="4531DBE7" w14:textId="0F6EF253" w:rsidR="009C20F1" w:rsidRDefault="003C024A">
            <w:pPr>
              <w:spacing w:after="0" w:line="240" w:lineRule="auto"/>
            </w:pPr>
            <w:r>
              <w:rPr>
                <w:b/>
                <w:sz w:val="18"/>
              </w:rPr>
              <w:t>No confessions after 2:00 PM.</w:t>
            </w:r>
          </w:p>
        </w:tc>
        <w:tc>
          <w:tcPr>
            <w:tcW w:w="2500" w:type="dxa"/>
            <w:shd w:val="clear" w:color="auto" w:fill="F7F0D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4CDFFA4" w14:textId="77777777" w:rsidR="009C20F1" w:rsidRDefault="003C024A">
            <w:pPr>
              <w:spacing w:after="0" w:line="240" w:lineRule="auto"/>
              <w:jc w:val="center"/>
            </w:pPr>
            <w:r>
              <w:rPr>
                <w:b/>
                <w:color w:val="183A5A"/>
                <w:sz w:val="18"/>
              </w:rPr>
              <w:t>Locations TBA</w:t>
            </w:r>
          </w:p>
        </w:tc>
      </w:tr>
      <w:tr w:rsidR="009C20F1" w14:paraId="38F7DA7F" w14:textId="77777777" w:rsidTr="003C024A">
        <w:trPr>
          <w:jc w:val="center"/>
        </w:trPr>
        <w:tc>
          <w:tcPr>
            <w:tcW w:w="14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F31C995" w14:textId="77777777" w:rsidR="009C20F1" w:rsidRDefault="003C024A">
            <w:pPr>
              <w:spacing w:after="0" w:line="240" w:lineRule="auto"/>
              <w:jc w:val="center"/>
            </w:pPr>
            <w:r>
              <w:rPr>
                <w:b/>
                <w:color w:val="183A5A"/>
                <w:sz w:val="18"/>
              </w:rPr>
              <w:t>1:00–1:30 PM</w:t>
            </w:r>
          </w:p>
        </w:tc>
        <w:tc>
          <w:tcPr>
            <w:tcW w:w="50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40F2A20" w14:textId="2CA03C74" w:rsidR="009C20F1" w:rsidRDefault="003C024A">
            <w:pPr>
              <w:spacing w:after="0" w:line="240" w:lineRule="auto"/>
            </w:pPr>
            <w:r>
              <w:rPr>
                <w:sz w:val="18"/>
              </w:rPr>
              <w:t>Way of the Cross</w:t>
            </w:r>
            <w:r w:rsidR="00187C68">
              <w:rPr>
                <w:sz w:val="18"/>
              </w:rPr>
              <w:t xml:space="preserve"> (adults) – </w:t>
            </w:r>
            <w:r w:rsidR="00187C68" w:rsidRPr="00187C68">
              <w:rPr>
                <w:i/>
                <w:iCs/>
                <w:sz w:val="18"/>
              </w:rPr>
              <w:t xml:space="preserve">Optional </w:t>
            </w:r>
          </w:p>
        </w:tc>
        <w:tc>
          <w:tcPr>
            <w:tcW w:w="2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4CFF508" w14:textId="732DC401" w:rsidR="009C20F1" w:rsidRDefault="00187C68">
            <w:pPr>
              <w:spacing w:after="0" w:line="240" w:lineRule="auto"/>
              <w:jc w:val="center"/>
            </w:pPr>
            <w:r>
              <w:rPr>
                <w:color w:val="183A5A"/>
                <w:sz w:val="18"/>
              </w:rPr>
              <w:t>Retreat grounds</w:t>
            </w:r>
          </w:p>
        </w:tc>
      </w:tr>
      <w:tr w:rsidR="009C20F1" w14:paraId="39FFF03D" w14:textId="77777777" w:rsidTr="003C024A">
        <w:trPr>
          <w:jc w:val="center"/>
        </w:trPr>
        <w:tc>
          <w:tcPr>
            <w:tcW w:w="1450" w:type="dxa"/>
            <w:shd w:val="clear" w:color="auto" w:fill="F7FAF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7860285" w14:textId="77777777" w:rsidR="009C20F1" w:rsidRDefault="003C024A">
            <w:pPr>
              <w:spacing w:after="0" w:line="240" w:lineRule="auto"/>
              <w:jc w:val="center"/>
            </w:pPr>
            <w:r>
              <w:rPr>
                <w:b/>
                <w:color w:val="183A5A"/>
                <w:sz w:val="18"/>
              </w:rPr>
              <w:t>1:00–1:30 PM</w:t>
            </w:r>
          </w:p>
        </w:tc>
        <w:tc>
          <w:tcPr>
            <w:tcW w:w="5050" w:type="dxa"/>
            <w:shd w:val="clear" w:color="auto" w:fill="F7FAF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B1B6DA1" w14:textId="77777777" w:rsidR="009C20F1" w:rsidRDefault="003C024A">
            <w:pPr>
              <w:spacing w:after="0" w:line="240" w:lineRule="auto"/>
            </w:pPr>
            <w:r w:rsidRPr="00187C68">
              <w:rPr>
                <w:b/>
                <w:bCs/>
                <w:sz w:val="18"/>
              </w:rPr>
              <w:t>Juniors and chaperones only</w:t>
            </w:r>
            <w:r>
              <w:rPr>
                <w:sz w:val="18"/>
              </w:rPr>
              <w:t>: St. Carlo Acutis presentation by Mary Bea Damico</w:t>
            </w:r>
          </w:p>
        </w:tc>
        <w:tc>
          <w:tcPr>
            <w:tcW w:w="2500" w:type="dxa"/>
            <w:shd w:val="clear" w:color="auto" w:fill="F7FAF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6496DA4" w14:textId="77777777" w:rsidR="009C20F1" w:rsidRDefault="003C024A">
            <w:pPr>
              <w:spacing w:after="0" w:line="240" w:lineRule="auto"/>
              <w:jc w:val="center"/>
            </w:pPr>
            <w:r>
              <w:rPr>
                <w:color w:val="183A5A"/>
                <w:sz w:val="18"/>
              </w:rPr>
              <w:t>Lower McShain</w:t>
            </w:r>
          </w:p>
        </w:tc>
      </w:tr>
      <w:tr w:rsidR="009C20F1" w14:paraId="5DD593D4" w14:textId="77777777" w:rsidTr="003C024A">
        <w:trPr>
          <w:jc w:val="center"/>
        </w:trPr>
        <w:tc>
          <w:tcPr>
            <w:tcW w:w="14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AB02ED3" w14:textId="77777777" w:rsidR="009C20F1" w:rsidRDefault="003C024A">
            <w:pPr>
              <w:spacing w:after="0" w:line="240" w:lineRule="auto"/>
              <w:jc w:val="center"/>
            </w:pPr>
            <w:r>
              <w:rPr>
                <w:b/>
                <w:color w:val="183A5A"/>
                <w:sz w:val="18"/>
              </w:rPr>
              <w:t>1:45–2:15 PM</w:t>
            </w:r>
          </w:p>
        </w:tc>
        <w:tc>
          <w:tcPr>
            <w:tcW w:w="50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4012640" w14:textId="6701971A" w:rsidR="009C20F1" w:rsidRDefault="00187C68">
            <w:pPr>
              <w:spacing w:after="0" w:line="240" w:lineRule="auto"/>
            </w:pPr>
            <w:r>
              <w:rPr>
                <w:sz w:val="18"/>
              </w:rPr>
              <w:t>P</w:t>
            </w:r>
            <w:r w:rsidR="003C024A">
              <w:rPr>
                <w:sz w:val="18"/>
              </w:rPr>
              <w:t>resentation</w:t>
            </w:r>
            <w:r>
              <w:rPr>
                <w:sz w:val="18"/>
              </w:rPr>
              <w:t xml:space="preserve"> of</w:t>
            </w:r>
            <w:r w:rsidR="003C024A">
              <w:rPr>
                <w:sz w:val="18"/>
              </w:rPr>
              <w:t xml:space="preserve"> St. Carlo Acutis</w:t>
            </w:r>
            <w:r>
              <w:rPr>
                <w:sz w:val="18"/>
              </w:rPr>
              <w:t xml:space="preserve"> by Mary Bea Damico – Optional </w:t>
            </w:r>
          </w:p>
        </w:tc>
        <w:tc>
          <w:tcPr>
            <w:tcW w:w="2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B2537AB" w14:textId="77777777" w:rsidR="009C20F1" w:rsidRDefault="003C024A">
            <w:pPr>
              <w:spacing w:after="0" w:line="240" w:lineRule="auto"/>
              <w:jc w:val="center"/>
            </w:pPr>
            <w:r>
              <w:rPr>
                <w:color w:val="183A5A"/>
                <w:sz w:val="18"/>
              </w:rPr>
              <w:t>Lower McShain</w:t>
            </w:r>
          </w:p>
        </w:tc>
      </w:tr>
      <w:tr w:rsidR="009C20F1" w14:paraId="758EB1C3" w14:textId="77777777" w:rsidTr="003C024A">
        <w:trPr>
          <w:jc w:val="center"/>
        </w:trPr>
        <w:tc>
          <w:tcPr>
            <w:tcW w:w="1450" w:type="dxa"/>
            <w:shd w:val="clear" w:color="auto" w:fill="F7FAF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5951DD4" w14:textId="77777777" w:rsidR="009C20F1" w:rsidRDefault="003C024A">
            <w:pPr>
              <w:spacing w:after="0" w:line="240" w:lineRule="auto"/>
              <w:jc w:val="center"/>
            </w:pPr>
            <w:r>
              <w:rPr>
                <w:b/>
                <w:color w:val="183A5A"/>
                <w:sz w:val="18"/>
              </w:rPr>
              <w:t>2:00 PM</w:t>
            </w:r>
          </w:p>
        </w:tc>
        <w:tc>
          <w:tcPr>
            <w:tcW w:w="5050" w:type="dxa"/>
            <w:shd w:val="clear" w:color="auto" w:fill="F7FAF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4A64AD9" w14:textId="77777777" w:rsidR="009C20F1" w:rsidRDefault="003C024A">
            <w:pPr>
              <w:spacing w:after="0" w:line="240" w:lineRule="auto"/>
            </w:pPr>
            <w:r w:rsidRPr="00187C68">
              <w:rPr>
                <w:i/>
                <w:iCs/>
                <w:sz w:val="18"/>
              </w:rPr>
              <w:t>Virtual</w:t>
            </w:r>
            <w:r>
              <w:rPr>
                <w:sz w:val="18"/>
              </w:rPr>
              <w:t xml:space="preserve"> Stations of the Cross</w:t>
            </w:r>
          </w:p>
        </w:tc>
        <w:tc>
          <w:tcPr>
            <w:tcW w:w="2500" w:type="dxa"/>
            <w:shd w:val="clear" w:color="auto" w:fill="F7FAF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A9231D6" w14:textId="77777777" w:rsidR="009C20F1" w:rsidRDefault="003C024A">
            <w:pPr>
              <w:spacing w:after="0" w:line="240" w:lineRule="auto"/>
              <w:jc w:val="center"/>
            </w:pPr>
            <w:r>
              <w:rPr>
                <w:color w:val="183A5A"/>
                <w:sz w:val="18"/>
              </w:rPr>
              <w:t>Virtual</w:t>
            </w:r>
          </w:p>
        </w:tc>
      </w:tr>
      <w:tr w:rsidR="009C20F1" w14:paraId="6E59AE99" w14:textId="77777777" w:rsidTr="003C024A">
        <w:trPr>
          <w:jc w:val="center"/>
        </w:trPr>
        <w:tc>
          <w:tcPr>
            <w:tcW w:w="14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E466991" w14:textId="77777777" w:rsidR="009C20F1" w:rsidRDefault="003C024A">
            <w:pPr>
              <w:spacing w:after="0" w:line="240" w:lineRule="auto"/>
              <w:jc w:val="center"/>
            </w:pPr>
            <w:r>
              <w:rPr>
                <w:b/>
                <w:color w:val="183A5A"/>
                <w:sz w:val="18"/>
              </w:rPr>
              <w:t>1:00–3:00 PM</w:t>
            </w:r>
          </w:p>
        </w:tc>
        <w:tc>
          <w:tcPr>
            <w:tcW w:w="50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E4CD6E2" w14:textId="77777777" w:rsidR="009C20F1" w:rsidRDefault="003C024A">
            <w:pPr>
              <w:spacing w:after="0" w:line="240" w:lineRule="auto"/>
            </w:pPr>
            <w:r>
              <w:rPr>
                <w:sz w:val="18"/>
              </w:rPr>
              <w:t>Free time for prayer, meditation, Way of the Cross, or visiting shrines</w:t>
            </w:r>
          </w:p>
        </w:tc>
        <w:tc>
          <w:tcPr>
            <w:tcW w:w="2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4DC9C02" w14:textId="77777777" w:rsidR="009C20F1" w:rsidRDefault="003C024A">
            <w:pPr>
              <w:spacing w:after="0" w:line="240" w:lineRule="auto"/>
              <w:jc w:val="center"/>
            </w:pPr>
            <w:r>
              <w:rPr>
                <w:color w:val="183A5A"/>
                <w:sz w:val="18"/>
              </w:rPr>
              <w:t>Retreat grounds</w:t>
            </w:r>
          </w:p>
        </w:tc>
      </w:tr>
      <w:tr w:rsidR="009C20F1" w14:paraId="7CFA9C47" w14:textId="77777777" w:rsidTr="003C024A">
        <w:trPr>
          <w:jc w:val="center"/>
        </w:trPr>
        <w:tc>
          <w:tcPr>
            <w:tcW w:w="1450" w:type="dxa"/>
            <w:shd w:val="clear" w:color="auto" w:fill="F7F0D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18C146E" w14:textId="77777777" w:rsidR="009C20F1" w:rsidRDefault="003C024A">
            <w:pPr>
              <w:spacing w:after="0" w:line="240" w:lineRule="auto"/>
              <w:jc w:val="center"/>
            </w:pPr>
            <w:r>
              <w:rPr>
                <w:b/>
                <w:color w:val="183A5A"/>
                <w:sz w:val="18"/>
              </w:rPr>
              <w:t>3:00 PM</w:t>
            </w:r>
          </w:p>
        </w:tc>
        <w:tc>
          <w:tcPr>
            <w:tcW w:w="5050" w:type="dxa"/>
            <w:shd w:val="clear" w:color="auto" w:fill="F7F0D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5FEE921" w14:textId="179F4F04" w:rsidR="00187C68" w:rsidRDefault="003C024A">
            <w:pPr>
              <w:spacing w:after="0" w:line="240" w:lineRule="auto"/>
              <w:rPr>
                <w:b/>
                <w:sz w:val="18"/>
              </w:rPr>
            </w:pPr>
            <w:r>
              <w:rPr>
                <w:b/>
                <w:sz w:val="18"/>
              </w:rPr>
              <w:t>Celebration of the Eucharist —</w:t>
            </w:r>
            <w:r w:rsidR="00187C68">
              <w:rPr>
                <w:b/>
                <w:sz w:val="18"/>
              </w:rPr>
              <w:t xml:space="preserve"> </w:t>
            </w:r>
            <w:r w:rsidR="00187C68" w:rsidRPr="00187C68">
              <w:rPr>
                <w:bCs/>
                <w:i/>
                <w:iCs/>
                <w:sz w:val="18"/>
              </w:rPr>
              <w:t>virtual</w:t>
            </w:r>
            <w:r w:rsidR="00187C68" w:rsidRPr="00187C68">
              <w:rPr>
                <w:bCs/>
                <w:sz w:val="18"/>
              </w:rPr>
              <w:t xml:space="preserve"> broadcast available</w:t>
            </w:r>
          </w:p>
          <w:p w14:paraId="75F8625A" w14:textId="55A6FCA2" w:rsidR="009C20F1" w:rsidRDefault="00187C68">
            <w:pPr>
              <w:spacing w:after="0" w:line="240" w:lineRule="auto"/>
            </w:pPr>
            <w:r>
              <w:rPr>
                <w:b/>
                <w:sz w:val="18"/>
              </w:rPr>
              <w:t>N</w:t>
            </w:r>
            <w:r w:rsidR="003C024A">
              <w:rPr>
                <w:b/>
                <w:sz w:val="18"/>
              </w:rPr>
              <w:t>o private Adoration during Mass</w:t>
            </w:r>
          </w:p>
        </w:tc>
        <w:tc>
          <w:tcPr>
            <w:tcW w:w="2500" w:type="dxa"/>
            <w:shd w:val="clear" w:color="auto" w:fill="F7F0D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4E1FED9" w14:textId="77777777" w:rsidR="009C20F1" w:rsidRDefault="003C024A">
            <w:pPr>
              <w:spacing w:after="0" w:line="240" w:lineRule="auto"/>
              <w:jc w:val="center"/>
            </w:pPr>
            <w:r>
              <w:rPr>
                <w:b/>
                <w:color w:val="183A5A"/>
                <w:sz w:val="18"/>
              </w:rPr>
              <w:t>Upper McShain</w:t>
            </w:r>
          </w:p>
        </w:tc>
      </w:tr>
      <w:tr w:rsidR="009C20F1" w14:paraId="02E48DBA" w14:textId="77777777" w:rsidTr="003C024A">
        <w:trPr>
          <w:jc w:val="center"/>
        </w:trPr>
        <w:tc>
          <w:tcPr>
            <w:tcW w:w="1450" w:type="dxa"/>
            <w:shd w:val="clear" w:color="auto" w:fill="F7F0D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4A3AA4" w14:textId="77777777" w:rsidR="009C20F1" w:rsidRDefault="003C024A">
            <w:pPr>
              <w:spacing w:after="0" w:line="240" w:lineRule="auto"/>
              <w:jc w:val="center"/>
            </w:pPr>
            <w:r>
              <w:rPr>
                <w:b/>
                <w:color w:val="183A5A"/>
                <w:sz w:val="18"/>
              </w:rPr>
              <w:t>4:00–4:45 PM</w:t>
            </w:r>
          </w:p>
        </w:tc>
        <w:tc>
          <w:tcPr>
            <w:tcW w:w="5050" w:type="dxa"/>
            <w:shd w:val="clear" w:color="auto" w:fill="F7F0D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BB88050" w14:textId="7BC419C8" w:rsidR="009C20F1" w:rsidRDefault="003C024A">
            <w:pPr>
              <w:spacing w:after="0" w:line="240" w:lineRule="auto"/>
            </w:pPr>
            <w:r>
              <w:rPr>
                <w:b/>
                <w:sz w:val="18"/>
              </w:rPr>
              <w:t xml:space="preserve">Catena and </w:t>
            </w:r>
            <w:r w:rsidRPr="00187C68">
              <w:rPr>
                <w:b/>
                <w:color w:val="EE0000"/>
                <w:sz w:val="18"/>
              </w:rPr>
              <w:t>T</w:t>
            </w:r>
            <w:r w:rsidR="00187C68">
              <w:rPr>
                <w:b/>
                <w:color w:val="EE0000"/>
                <w:sz w:val="18"/>
              </w:rPr>
              <w:t xml:space="preserve">HIRD </w:t>
            </w:r>
            <w:r w:rsidRPr="00187C68">
              <w:rPr>
                <w:b/>
                <w:color w:val="EE0000"/>
                <w:sz w:val="18"/>
              </w:rPr>
              <w:t xml:space="preserve">Conference </w:t>
            </w:r>
            <w:r>
              <w:rPr>
                <w:b/>
                <w:sz w:val="18"/>
              </w:rPr>
              <w:t xml:space="preserve">— </w:t>
            </w:r>
            <w:r w:rsidRPr="00187C68">
              <w:rPr>
                <w:bCs/>
                <w:i/>
                <w:iCs/>
                <w:sz w:val="18"/>
              </w:rPr>
              <w:t>virtual</w:t>
            </w:r>
            <w:r w:rsidRPr="00187C68">
              <w:rPr>
                <w:bCs/>
                <w:sz w:val="18"/>
              </w:rPr>
              <w:t xml:space="preserve"> broadcast available</w:t>
            </w:r>
          </w:p>
        </w:tc>
        <w:tc>
          <w:tcPr>
            <w:tcW w:w="2500" w:type="dxa"/>
            <w:shd w:val="clear" w:color="auto" w:fill="F7F0D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01F7BFD" w14:textId="77777777" w:rsidR="009C20F1" w:rsidRDefault="003C024A">
            <w:pPr>
              <w:spacing w:after="0" w:line="240" w:lineRule="auto"/>
              <w:jc w:val="center"/>
            </w:pPr>
            <w:r>
              <w:rPr>
                <w:b/>
                <w:color w:val="183A5A"/>
                <w:sz w:val="18"/>
              </w:rPr>
              <w:t>Upper McShain</w:t>
            </w:r>
          </w:p>
        </w:tc>
      </w:tr>
      <w:tr w:rsidR="009C20F1" w14:paraId="77EEE2C8" w14:textId="77777777" w:rsidTr="003C024A">
        <w:trPr>
          <w:jc w:val="center"/>
        </w:trPr>
        <w:tc>
          <w:tcPr>
            <w:tcW w:w="1450" w:type="dxa"/>
            <w:shd w:val="clear" w:color="auto" w:fill="F7FAF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51DD2F1" w14:textId="77777777" w:rsidR="009C20F1" w:rsidRDefault="003C024A">
            <w:pPr>
              <w:spacing w:after="0" w:line="240" w:lineRule="auto"/>
              <w:jc w:val="center"/>
            </w:pPr>
            <w:r>
              <w:rPr>
                <w:b/>
                <w:color w:val="183A5A"/>
                <w:sz w:val="18"/>
              </w:rPr>
              <w:t>5:45 PM</w:t>
            </w:r>
          </w:p>
        </w:tc>
        <w:tc>
          <w:tcPr>
            <w:tcW w:w="5050" w:type="dxa"/>
            <w:shd w:val="clear" w:color="auto" w:fill="F7FAF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4322E23" w14:textId="50952326" w:rsidR="009C20F1" w:rsidRDefault="003C024A">
            <w:pPr>
              <w:spacing w:after="0" w:line="240" w:lineRule="auto"/>
            </w:pPr>
            <w:r>
              <w:rPr>
                <w:sz w:val="18"/>
              </w:rPr>
              <w:t xml:space="preserve">Angelus, </w:t>
            </w:r>
            <w:r w:rsidR="005071B5" w:rsidRPr="005071B5">
              <w:rPr>
                <w:b/>
                <w:bCs/>
                <w:sz w:val="18"/>
              </w:rPr>
              <w:t>DINNER</w:t>
            </w:r>
            <w:r w:rsidR="005071B5"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with readings, and recognitions — </w:t>
            </w:r>
            <w:r w:rsidRPr="00187C68">
              <w:rPr>
                <w:i/>
                <w:iCs/>
                <w:sz w:val="18"/>
              </w:rPr>
              <w:t xml:space="preserve">virtual </w:t>
            </w:r>
            <w:r>
              <w:rPr>
                <w:sz w:val="18"/>
              </w:rPr>
              <w:t>broadcast available</w:t>
            </w:r>
          </w:p>
        </w:tc>
        <w:tc>
          <w:tcPr>
            <w:tcW w:w="2500" w:type="dxa"/>
            <w:shd w:val="clear" w:color="auto" w:fill="F7FAF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420C33E" w14:textId="77777777" w:rsidR="009C20F1" w:rsidRDefault="003C024A">
            <w:pPr>
              <w:spacing w:after="0" w:line="240" w:lineRule="auto"/>
              <w:jc w:val="center"/>
            </w:pPr>
            <w:r>
              <w:rPr>
                <w:color w:val="183A5A"/>
                <w:sz w:val="18"/>
              </w:rPr>
              <w:t>Dining Hall</w:t>
            </w:r>
          </w:p>
        </w:tc>
      </w:tr>
      <w:tr w:rsidR="009C20F1" w14:paraId="622AD360" w14:textId="77777777" w:rsidTr="003C024A">
        <w:trPr>
          <w:jc w:val="center"/>
        </w:trPr>
        <w:tc>
          <w:tcPr>
            <w:tcW w:w="1450" w:type="dxa"/>
            <w:shd w:val="clear" w:color="auto" w:fill="F7F0D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27F1AE1" w14:textId="77777777" w:rsidR="009C20F1" w:rsidRDefault="003C024A">
            <w:pPr>
              <w:spacing w:after="0" w:line="240" w:lineRule="auto"/>
              <w:jc w:val="center"/>
            </w:pPr>
            <w:r>
              <w:rPr>
                <w:b/>
                <w:color w:val="183A5A"/>
                <w:sz w:val="18"/>
              </w:rPr>
              <w:t>7:30–8:00 PM</w:t>
            </w:r>
          </w:p>
        </w:tc>
        <w:tc>
          <w:tcPr>
            <w:tcW w:w="5050" w:type="dxa"/>
            <w:shd w:val="clear" w:color="auto" w:fill="F7F0D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136E5E9" w14:textId="77777777" w:rsidR="009C20F1" w:rsidRDefault="003C024A">
            <w:pPr>
              <w:spacing w:after="0" w:line="240" w:lineRule="auto"/>
            </w:pPr>
            <w:r>
              <w:rPr>
                <w:b/>
                <w:sz w:val="18"/>
              </w:rPr>
              <w:t xml:space="preserve">Induction of first-time retreatants; all are welcome to offer support — </w:t>
            </w:r>
            <w:r w:rsidRPr="00187C68">
              <w:rPr>
                <w:bCs/>
                <w:i/>
                <w:iCs/>
                <w:sz w:val="18"/>
              </w:rPr>
              <w:t>virtual</w:t>
            </w:r>
            <w:r w:rsidRPr="00187C68">
              <w:rPr>
                <w:bCs/>
                <w:sz w:val="18"/>
              </w:rPr>
              <w:t xml:space="preserve"> broadcast available</w:t>
            </w:r>
          </w:p>
        </w:tc>
        <w:tc>
          <w:tcPr>
            <w:tcW w:w="2500" w:type="dxa"/>
            <w:shd w:val="clear" w:color="auto" w:fill="F7F0D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21EC9A7" w14:textId="77777777" w:rsidR="009C20F1" w:rsidRDefault="003C024A">
            <w:pPr>
              <w:spacing w:after="0" w:line="240" w:lineRule="auto"/>
              <w:jc w:val="center"/>
            </w:pPr>
            <w:r>
              <w:rPr>
                <w:b/>
                <w:color w:val="183A5A"/>
                <w:sz w:val="18"/>
              </w:rPr>
              <w:t>Upper McShain</w:t>
            </w:r>
          </w:p>
        </w:tc>
      </w:tr>
      <w:tr w:rsidR="009C20F1" w14:paraId="680446B6" w14:textId="77777777" w:rsidTr="003C024A">
        <w:trPr>
          <w:jc w:val="center"/>
        </w:trPr>
        <w:tc>
          <w:tcPr>
            <w:tcW w:w="1450" w:type="dxa"/>
            <w:shd w:val="clear" w:color="auto" w:fill="F7F0D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FFBE8B3" w14:textId="77777777" w:rsidR="009C20F1" w:rsidRDefault="003C024A">
            <w:pPr>
              <w:spacing w:after="0" w:line="240" w:lineRule="auto"/>
              <w:jc w:val="center"/>
            </w:pPr>
            <w:r>
              <w:rPr>
                <w:b/>
                <w:color w:val="183A5A"/>
                <w:sz w:val="18"/>
              </w:rPr>
              <w:t>8:00 PM</w:t>
            </w:r>
          </w:p>
        </w:tc>
        <w:tc>
          <w:tcPr>
            <w:tcW w:w="5050" w:type="dxa"/>
            <w:shd w:val="clear" w:color="auto" w:fill="F7F0D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E1ADC84" w14:textId="77777777" w:rsidR="009C20F1" w:rsidRDefault="003C024A">
            <w:pPr>
              <w:spacing w:after="0" w:line="240" w:lineRule="auto"/>
            </w:pPr>
            <w:r>
              <w:rPr>
                <w:b/>
                <w:sz w:val="18"/>
              </w:rPr>
              <w:t xml:space="preserve">Holy Hour and Benediction, Saturday Night Prayer, and Legion Concluding Prayers — </w:t>
            </w:r>
            <w:r w:rsidRPr="005A0B88">
              <w:rPr>
                <w:bCs/>
                <w:i/>
                <w:iCs/>
                <w:sz w:val="18"/>
              </w:rPr>
              <w:t xml:space="preserve">virtual </w:t>
            </w:r>
            <w:r w:rsidRPr="005A0B88">
              <w:rPr>
                <w:bCs/>
                <w:sz w:val="18"/>
              </w:rPr>
              <w:t>broadcast available</w:t>
            </w:r>
          </w:p>
        </w:tc>
        <w:tc>
          <w:tcPr>
            <w:tcW w:w="2500" w:type="dxa"/>
            <w:shd w:val="clear" w:color="auto" w:fill="F7F0D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78A845B" w14:textId="77777777" w:rsidR="009C20F1" w:rsidRDefault="003C024A">
            <w:pPr>
              <w:spacing w:after="0" w:line="240" w:lineRule="auto"/>
              <w:jc w:val="center"/>
            </w:pPr>
            <w:r>
              <w:rPr>
                <w:b/>
                <w:color w:val="183A5A"/>
                <w:sz w:val="18"/>
              </w:rPr>
              <w:t>Upper McShain</w:t>
            </w:r>
          </w:p>
        </w:tc>
      </w:tr>
      <w:tr w:rsidR="005A0B88" w14:paraId="19E79C3C" w14:textId="77777777" w:rsidTr="003C024A">
        <w:trPr>
          <w:jc w:val="center"/>
        </w:trPr>
        <w:tc>
          <w:tcPr>
            <w:tcW w:w="1450" w:type="dxa"/>
            <w:shd w:val="clear" w:color="auto" w:fill="F7F0D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44D8F07" w14:textId="449C1F8A" w:rsidR="005A0B88" w:rsidRDefault="005A0B88">
            <w:pPr>
              <w:spacing w:after="0" w:line="240" w:lineRule="auto"/>
              <w:jc w:val="center"/>
              <w:rPr>
                <w:b/>
                <w:color w:val="183A5A"/>
                <w:sz w:val="18"/>
              </w:rPr>
            </w:pPr>
            <w:r>
              <w:rPr>
                <w:b/>
                <w:color w:val="183A5A"/>
                <w:sz w:val="18"/>
              </w:rPr>
              <w:t xml:space="preserve">10:00 PM </w:t>
            </w:r>
          </w:p>
        </w:tc>
        <w:tc>
          <w:tcPr>
            <w:tcW w:w="5050" w:type="dxa"/>
            <w:shd w:val="clear" w:color="auto" w:fill="F7F0D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E74F12A" w14:textId="7D8E7396" w:rsidR="005A0B88" w:rsidRDefault="005A0B88" w:rsidP="005A0B88">
            <w:pPr>
              <w:spacing w:after="0" w:line="240" w:lineRule="auto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Lights Out</w:t>
            </w:r>
          </w:p>
        </w:tc>
        <w:tc>
          <w:tcPr>
            <w:tcW w:w="2500" w:type="dxa"/>
            <w:shd w:val="clear" w:color="auto" w:fill="F7F0D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754C3C8" w14:textId="17713168" w:rsidR="005A0B88" w:rsidRDefault="005A0B88">
            <w:pPr>
              <w:spacing w:after="0" w:line="240" w:lineRule="auto"/>
              <w:jc w:val="center"/>
              <w:rPr>
                <w:b/>
                <w:color w:val="183A5A"/>
                <w:sz w:val="18"/>
              </w:rPr>
            </w:pPr>
            <w:r>
              <w:rPr>
                <w:b/>
                <w:color w:val="183A5A"/>
                <w:sz w:val="18"/>
              </w:rPr>
              <w:t>Guest Rooms</w:t>
            </w:r>
          </w:p>
        </w:tc>
      </w:tr>
    </w:tbl>
    <w:p w14:paraId="6B34BDEF" w14:textId="32634077" w:rsidR="009C20F1" w:rsidRDefault="003C024A">
      <w:pPr>
        <w:keepNext/>
        <w:spacing w:before="40"/>
      </w:pPr>
      <w:r>
        <w:rPr>
          <w:b/>
          <w:color w:val="183A5A"/>
          <w:sz w:val="32"/>
        </w:rPr>
        <w:t xml:space="preserve">         </w:t>
      </w:r>
      <w:r w:rsidR="00F22653">
        <w:rPr>
          <w:b/>
          <w:color w:val="183A5A"/>
          <w:sz w:val="32"/>
        </w:rPr>
        <w:t>SUNDAY</w:t>
      </w:r>
      <w:r w:rsidR="00F22653">
        <w:rPr>
          <w:b/>
          <w:color w:val="C6A15B"/>
        </w:rPr>
        <w:t xml:space="preserve"> | October</w:t>
      </w:r>
      <w:r>
        <w:rPr>
          <w:b/>
          <w:color w:val="C6A15B"/>
        </w:rPr>
        <w:t xml:space="preserve"> 25</w:t>
      </w:r>
      <w:r>
        <w:rPr>
          <w:i/>
          <w:color w:val="5F6B73"/>
          <w:sz w:val="19"/>
        </w:rPr>
        <w:br/>
      </w:r>
      <w:r>
        <w:rPr>
          <w:b/>
          <w:bCs/>
          <w:i/>
          <w:color w:val="5F6B73"/>
          <w:sz w:val="19"/>
        </w:rPr>
        <w:t xml:space="preserve">               </w:t>
      </w:r>
      <w:r w:rsidRPr="00A5099A">
        <w:rPr>
          <w:b/>
          <w:bCs/>
          <w:i/>
          <w:color w:val="5F6B73"/>
          <w:sz w:val="19"/>
        </w:rPr>
        <w:t>Grand Silence is observed throughout the retreat.</w:t>
      </w:r>
    </w:p>
    <w:tbl>
      <w:tblPr>
        <w:tblW w:w="9000" w:type="dxa"/>
        <w:jc w:val="center"/>
        <w:tblBorders>
          <w:top w:val="single" w:sz="5" w:space="0" w:color="C8D3DC"/>
          <w:left w:val="single" w:sz="5" w:space="0" w:color="C8D3DC"/>
          <w:bottom w:val="single" w:sz="5" w:space="0" w:color="C8D3DC"/>
          <w:right w:val="single" w:sz="5" w:space="0" w:color="C8D3DC"/>
          <w:insideH w:val="single" w:sz="5" w:space="0" w:color="C8D3DC"/>
          <w:insideV w:val="single" w:sz="5" w:space="0" w:color="C8D3DC"/>
        </w:tblBorders>
        <w:tblLayout w:type="fixed"/>
        <w:tblLook w:val="04A0" w:firstRow="1" w:lastRow="0" w:firstColumn="1" w:lastColumn="0" w:noHBand="0" w:noVBand="1"/>
      </w:tblPr>
      <w:tblGrid>
        <w:gridCol w:w="1450"/>
        <w:gridCol w:w="5050"/>
        <w:gridCol w:w="2500"/>
      </w:tblGrid>
      <w:tr w:rsidR="009C20F1" w14:paraId="683DD8A8" w14:textId="77777777" w:rsidTr="003C024A">
        <w:trPr>
          <w:tblHeader/>
          <w:jc w:val="center"/>
        </w:trPr>
        <w:tc>
          <w:tcPr>
            <w:tcW w:w="1450" w:type="dxa"/>
            <w:shd w:val="clear" w:color="auto" w:fill="183A5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1675FCD" w14:textId="77777777" w:rsidR="009C20F1" w:rsidRDefault="003C024A">
            <w:pPr>
              <w:spacing w:after="0"/>
              <w:jc w:val="center"/>
            </w:pPr>
            <w:r>
              <w:rPr>
                <w:b/>
                <w:color w:val="FFFFFF"/>
                <w:sz w:val="18"/>
              </w:rPr>
              <w:t>TIME</w:t>
            </w:r>
          </w:p>
        </w:tc>
        <w:tc>
          <w:tcPr>
            <w:tcW w:w="5050" w:type="dxa"/>
            <w:shd w:val="clear" w:color="auto" w:fill="183A5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5D31D8E" w14:textId="77777777" w:rsidR="009C20F1" w:rsidRDefault="003C024A">
            <w:pPr>
              <w:spacing w:after="0"/>
              <w:jc w:val="center"/>
            </w:pPr>
            <w:r>
              <w:rPr>
                <w:b/>
                <w:color w:val="FFFFFF"/>
                <w:sz w:val="18"/>
              </w:rPr>
              <w:t>ACTIVITY</w:t>
            </w:r>
          </w:p>
        </w:tc>
        <w:tc>
          <w:tcPr>
            <w:tcW w:w="2500" w:type="dxa"/>
            <w:shd w:val="clear" w:color="auto" w:fill="183A5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F21A183" w14:textId="77777777" w:rsidR="009C20F1" w:rsidRDefault="003C024A">
            <w:pPr>
              <w:spacing w:after="0"/>
              <w:jc w:val="center"/>
            </w:pPr>
            <w:r>
              <w:rPr>
                <w:b/>
                <w:color w:val="FFFFFF"/>
                <w:sz w:val="18"/>
              </w:rPr>
              <w:t>LOCATION</w:t>
            </w:r>
          </w:p>
        </w:tc>
      </w:tr>
      <w:tr w:rsidR="009C20F1" w14:paraId="443BAE0C" w14:textId="77777777" w:rsidTr="003C024A">
        <w:trPr>
          <w:jc w:val="center"/>
        </w:trPr>
        <w:tc>
          <w:tcPr>
            <w:tcW w:w="14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7AD9C78" w14:textId="77777777" w:rsidR="009C20F1" w:rsidRDefault="003C024A">
            <w:pPr>
              <w:spacing w:after="0" w:line="240" w:lineRule="auto"/>
              <w:jc w:val="center"/>
            </w:pPr>
            <w:r>
              <w:rPr>
                <w:b/>
                <w:color w:val="183A5A"/>
                <w:sz w:val="18"/>
              </w:rPr>
              <w:t>7:00 AM</w:t>
            </w:r>
          </w:p>
        </w:tc>
        <w:tc>
          <w:tcPr>
            <w:tcW w:w="50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A586F99" w14:textId="77777777" w:rsidR="009C20F1" w:rsidRDefault="003C024A">
            <w:pPr>
              <w:spacing w:after="0" w:line="240" w:lineRule="auto"/>
            </w:pPr>
            <w:r>
              <w:rPr>
                <w:sz w:val="18"/>
              </w:rPr>
              <w:t>Rise at the Prefect’s knock: “Bless the Lord.” Response: “Give thanks to God.”</w:t>
            </w:r>
          </w:p>
        </w:tc>
        <w:tc>
          <w:tcPr>
            <w:tcW w:w="2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DBE2FC7" w14:textId="77777777" w:rsidR="009C20F1" w:rsidRDefault="003C024A">
            <w:pPr>
              <w:spacing w:after="0" w:line="240" w:lineRule="auto"/>
              <w:jc w:val="center"/>
            </w:pPr>
            <w:r>
              <w:rPr>
                <w:color w:val="183A5A"/>
                <w:sz w:val="18"/>
              </w:rPr>
              <w:t>Guest rooms</w:t>
            </w:r>
          </w:p>
        </w:tc>
      </w:tr>
      <w:tr w:rsidR="009C20F1" w14:paraId="1D023754" w14:textId="77777777" w:rsidTr="003C024A">
        <w:trPr>
          <w:jc w:val="center"/>
        </w:trPr>
        <w:tc>
          <w:tcPr>
            <w:tcW w:w="1450" w:type="dxa"/>
            <w:shd w:val="clear" w:color="auto" w:fill="F7FAF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090EA83" w14:textId="77777777" w:rsidR="009C20F1" w:rsidRDefault="003C024A">
            <w:pPr>
              <w:spacing w:after="0" w:line="240" w:lineRule="auto"/>
              <w:jc w:val="center"/>
            </w:pPr>
            <w:r>
              <w:rPr>
                <w:b/>
                <w:color w:val="183A5A"/>
                <w:sz w:val="18"/>
              </w:rPr>
              <w:t>7:20 AM</w:t>
            </w:r>
          </w:p>
        </w:tc>
        <w:tc>
          <w:tcPr>
            <w:tcW w:w="5050" w:type="dxa"/>
            <w:shd w:val="clear" w:color="auto" w:fill="F7FAF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2816980" w14:textId="77777777" w:rsidR="009C20F1" w:rsidRDefault="003C024A">
            <w:pPr>
              <w:spacing w:after="0" w:line="240" w:lineRule="auto"/>
            </w:pPr>
            <w:r>
              <w:rPr>
                <w:sz w:val="18"/>
              </w:rPr>
              <w:t>Angelus at bedroom door, led by the Prefect</w:t>
            </w:r>
          </w:p>
        </w:tc>
        <w:tc>
          <w:tcPr>
            <w:tcW w:w="2500" w:type="dxa"/>
            <w:shd w:val="clear" w:color="auto" w:fill="F7FAF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9B91909" w14:textId="77777777" w:rsidR="009C20F1" w:rsidRDefault="003C024A">
            <w:pPr>
              <w:spacing w:after="0" w:line="240" w:lineRule="auto"/>
              <w:jc w:val="center"/>
            </w:pPr>
            <w:r>
              <w:rPr>
                <w:color w:val="183A5A"/>
                <w:sz w:val="18"/>
              </w:rPr>
              <w:t>Guest rooms</w:t>
            </w:r>
          </w:p>
        </w:tc>
      </w:tr>
      <w:tr w:rsidR="009C20F1" w14:paraId="1EFADEC6" w14:textId="77777777" w:rsidTr="003C024A">
        <w:trPr>
          <w:jc w:val="center"/>
        </w:trPr>
        <w:tc>
          <w:tcPr>
            <w:tcW w:w="1450" w:type="dxa"/>
            <w:shd w:val="clear" w:color="auto" w:fill="F7F0D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91148CF" w14:textId="77777777" w:rsidR="009C20F1" w:rsidRDefault="003C024A">
            <w:pPr>
              <w:spacing w:after="0" w:line="240" w:lineRule="auto"/>
              <w:jc w:val="center"/>
            </w:pPr>
            <w:r>
              <w:rPr>
                <w:b/>
                <w:color w:val="183A5A"/>
                <w:sz w:val="18"/>
              </w:rPr>
              <w:t>7:30 AM</w:t>
            </w:r>
          </w:p>
        </w:tc>
        <w:tc>
          <w:tcPr>
            <w:tcW w:w="5050" w:type="dxa"/>
            <w:shd w:val="clear" w:color="auto" w:fill="F7F0D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7232F5A" w14:textId="144B468E" w:rsidR="009C20F1" w:rsidRDefault="003C024A">
            <w:pPr>
              <w:spacing w:after="0" w:line="240" w:lineRule="auto"/>
            </w:pPr>
            <w:r>
              <w:rPr>
                <w:b/>
                <w:sz w:val="18"/>
              </w:rPr>
              <w:t xml:space="preserve">Sunday Morning Prayer— </w:t>
            </w:r>
            <w:r w:rsidRPr="00A5099A">
              <w:rPr>
                <w:bCs/>
                <w:i/>
                <w:iCs/>
                <w:sz w:val="18"/>
              </w:rPr>
              <w:t xml:space="preserve">virtual </w:t>
            </w:r>
            <w:r w:rsidRPr="00A5099A">
              <w:rPr>
                <w:bCs/>
                <w:sz w:val="18"/>
              </w:rPr>
              <w:t>broadcast available</w:t>
            </w:r>
          </w:p>
        </w:tc>
        <w:tc>
          <w:tcPr>
            <w:tcW w:w="2500" w:type="dxa"/>
            <w:shd w:val="clear" w:color="auto" w:fill="F7F0D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BDC56CE" w14:textId="77777777" w:rsidR="009C20F1" w:rsidRDefault="003C024A">
            <w:pPr>
              <w:spacing w:after="0" w:line="240" w:lineRule="auto"/>
              <w:jc w:val="center"/>
            </w:pPr>
            <w:r>
              <w:rPr>
                <w:b/>
                <w:color w:val="183A5A"/>
                <w:sz w:val="18"/>
              </w:rPr>
              <w:t>Upper McShain</w:t>
            </w:r>
          </w:p>
        </w:tc>
      </w:tr>
      <w:tr w:rsidR="009C20F1" w14:paraId="062AEE4E" w14:textId="77777777" w:rsidTr="003C024A">
        <w:trPr>
          <w:jc w:val="center"/>
        </w:trPr>
        <w:tc>
          <w:tcPr>
            <w:tcW w:w="1450" w:type="dxa"/>
            <w:shd w:val="clear" w:color="auto" w:fill="F7FAF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94125C7" w14:textId="77777777" w:rsidR="009C20F1" w:rsidRDefault="003C024A">
            <w:pPr>
              <w:spacing w:after="0" w:line="240" w:lineRule="auto"/>
              <w:jc w:val="center"/>
            </w:pPr>
            <w:r>
              <w:rPr>
                <w:b/>
                <w:color w:val="183A5A"/>
                <w:sz w:val="18"/>
              </w:rPr>
              <w:t>7:45 AM</w:t>
            </w:r>
          </w:p>
        </w:tc>
        <w:tc>
          <w:tcPr>
            <w:tcW w:w="5050" w:type="dxa"/>
            <w:shd w:val="clear" w:color="auto" w:fill="F7FAF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3530095" w14:textId="77777777" w:rsidR="009C20F1" w:rsidRDefault="003C024A">
            <w:pPr>
              <w:spacing w:after="0" w:line="240" w:lineRule="auto"/>
            </w:pPr>
            <w:r>
              <w:rPr>
                <w:sz w:val="18"/>
              </w:rPr>
              <w:t>Flag Ceremony</w:t>
            </w:r>
          </w:p>
        </w:tc>
        <w:tc>
          <w:tcPr>
            <w:tcW w:w="2500" w:type="dxa"/>
            <w:shd w:val="clear" w:color="auto" w:fill="F7FAF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24A444C" w14:textId="77777777" w:rsidR="009C20F1" w:rsidRDefault="003C024A">
            <w:pPr>
              <w:spacing w:after="0" w:line="240" w:lineRule="auto"/>
              <w:jc w:val="center"/>
            </w:pPr>
            <w:r>
              <w:rPr>
                <w:color w:val="183A5A"/>
                <w:sz w:val="18"/>
              </w:rPr>
              <w:t>Outside Dining Hall</w:t>
            </w:r>
          </w:p>
        </w:tc>
      </w:tr>
      <w:tr w:rsidR="009C20F1" w14:paraId="0A055D17" w14:textId="77777777" w:rsidTr="003C024A">
        <w:trPr>
          <w:jc w:val="center"/>
        </w:trPr>
        <w:tc>
          <w:tcPr>
            <w:tcW w:w="14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804DFE2" w14:textId="77777777" w:rsidR="009C20F1" w:rsidRDefault="003C024A">
            <w:pPr>
              <w:spacing w:after="0" w:line="240" w:lineRule="auto"/>
              <w:jc w:val="center"/>
            </w:pPr>
            <w:r>
              <w:rPr>
                <w:b/>
                <w:color w:val="183A5A"/>
                <w:sz w:val="18"/>
              </w:rPr>
              <w:t>8:00 AM</w:t>
            </w:r>
          </w:p>
        </w:tc>
        <w:tc>
          <w:tcPr>
            <w:tcW w:w="50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E0DA7C3" w14:textId="61DB93CA" w:rsidR="009C20F1" w:rsidRDefault="003C024A">
            <w:pPr>
              <w:spacing w:after="0" w:line="240" w:lineRule="auto"/>
            </w:pPr>
            <w:r w:rsidRPr="005071B5">
              <w:rPr>
                <w:b/>
                <w:bCs/>
                <w:sz w:val="18"/>
              </w:rPr>
              <w:t>B</w:t>
            </w:r>
            <w:r w:rsidR="005071B5" w:rsidRPr="005071B5">
              <w:rPr>
                <w:b/>
                <w:bCs/>
                <w:sz w:val="18"/>
              </w:rPr>
              <w:t>REAKFAST</w:t>
            </w:r>
            <w:r>
              <w:rPr>
                <w:sz w:val="18"/>
              </w:rPr>
              <w:t xml:space="preserve"> with readings — </w:t>
            </w:r>
            <w:r w:rsidRPr="007E0A4F">
              <w:rPr>
                <w:i/>
                <w:iCs/>
                <w:sz w:val="18"/>
              </w:rPr>
              <w:t xml:space="preserve">virtual </w:t>
            </w:r>
            <w:r>
              <w:rPr>
                <w:sz w:val="18"/>
              </w:rPr>
              <w:t>broadcast available</w:t>
            </w:r>
          </w:p>
        </w:tc>
        <w:tc>
          <w:tcPr>
            <w:tcW w:w="2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CE9A254" w14:textId="77777777" w:rsidR="009C20F1" w:rsidRDefault="003C024A">
            <w:pPr>
              <w:spacing w:after="0" w:line="240" w:lineRule="auto"/>
              <w:jc w:val="center"/>
            </w:pPr>
            <w:r>
              <w:rPr>
                <w:color w:val="183A5A"/>
                <w:sz w:val="18"/>
              </w:rPr>
              <w:t>Dining Hall</w:t>
            </w:r>
          </w:p>
        </w:tc>
      </w:tr>
      <w:tr w:rsidR="009C20F1" w14:paraId="6982F23D" w14:textId="77777777" w:rsidTr="003C024A">
        <w:trPr>
          <w:jc w:val="center"/>
        </w:trPr>
        <w:tc>
          <w:tcPr>
            <w:tcW w:w="1450" w:type="dxa"/>
            <w:shd w:val="clear" w:color="auto" w:fill="F7F0D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AD0F667" w14:textId="77777777" w:rsidR="009C20F1" w:rsidRDefault="003C024A">
            <w:pPr>
              <w:spacing w:after="0" w:line="240" w:lineRule="auto"/>
              <w:jc w:val="center"/>
            </w:pPr>
            <w:r>
              <w:rPr>
                <w:b/>
                <w:color w:val="183A5A"/>
                <w:sz w:val="18"/>
              </w:rPr>
              <w:t>9:30 AM</w:t>
            </w:r>
          </w:p>
        </w:tc>
        <w:tc>
          <w:tcPr>
            <w:tcW w:w="5050" w:type="dxa"/>
            <w:shd w:val="clear" w:color="auto" w:fill="F7F0D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D8985FE" w14:textId="5E65D427" w:rsidR="009C20F1" w:rsidRDefault="003C024A">
            <w:pPr>
              <w:spacing w:after="0" w:line="240" w:lineRule="auto"/>
            </w:pPr>
            <w:r>
              <w:rPr>
                <w:b/>
                <w:sz w:val="18"/>
              </w:rPr>
              <w:t xml:space="preserve">Legion Prayers, Rosary, Catena, Concluding Prayers and </w:t>
            </w:r>
            <w:r w:rsidRPr="007E0A4F">
              <w:rPr>
                <w:b/>
                <w:color w:val="EE0000"/>
                <w:sz w:val="18"/>
              </w:rPr>
              <w:t>F</w:t>
            </w:r>
            <w:r w:rsidR="007E0A4F">
              <w:rPr>
                <w:b/>
                <w:color w:val="EE0000"/>
                <w:sz w:val="18"/>
              </w:rPr>
              <w:t>INAL</w:t>
            </w:r>
            <w:r w:rsidRPr="007E0A4F">
              <w:rPr>
                <w:b/>
                <w:color w:val="EE0000"/>
                <w:sz w:val="18"/>
              </w:rPr>
              <w:t xml:space="preserve"> Conference</w:t>
            </w:r>
            <w:r>
              <w:rPr>
                <w:b/>
                <w:sz w:val="18"/>
              </w:rPr>
              <w:t>; blessing of religious articles</w:t>
            </w:r>
          </w:p>
        </w:tc>
        <w:tc>
          <w:tcPr>
            <w:tcW w:w="2500" w:type="dxa"/>
            <w:shd w:val="clear" w:color="auto" w:fill="F7F0D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FE61A11" w14:textId="77777777" w:rsidR="009C20F1" w:rsidRDefault="003C024A">
            <w:pPr>
              <w:spacing w:after="0" w:line="240" w:lineRule="auto"/>
              <w:jc w:val="center"/>
            </w:pPr>
            <w:r>
              <w:rPr>
                <w:b/>
                <w:color w:val="183A5A"/>
                <w:sz w:val="18"/>
              </w:rPr>
              <w:t>Upper McShain</w:t>
            </w:r>
          </w:p>
        </w:tc>
      </w:tr>
      <w:tr w:rsidR="009C20F1" w14:paraId="5EC30950" w14:textId="77777777" w:rsidTr="003C024A">
        <w:trPr>
          <w:jc w:val="center"/>
        </w:trPr>
        <w:tc>
          <w:tcPr>
            <w:tcW w:w="1450" w:type="dxa"/>
            <w:shd w:val="clear" w:color="auto" w:fill="F7F0D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F93F5EF" w14:textId="77777777" w:rsidR="009C20F1" w:rsidRDefault="003C024A">
            <w:pPr>
              <w:spacing w:after="0" w:line="240" w:lineRule="auto"/>
              <w:jc w:val="center"/>
            </w:pPr>
            <w:r>
              <w:rPr>
                <w:b/>
                <w:color w:val="183A5A"/>
                <w:sz w:val="18"/>
              </w:rPr>
              <w:t>11:00 AM</w:t>
            </w:r>
          </w:p>
        </w:tc>
        <w:tc>
          <w:tcPr>
            <w:tcW w:w="5050" w:type="dxa"/>
            <w:shd w:val="clear" w:color="auto" w:fill="F7F0D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A4EC19E" w14:textId="77777777" w:rsidR="009C20F1" w:rsidRDefault="003C024A">
            <w:pPr>
              <w:spacing w:after="0" w:line="240" w:lineRule="auto"/>
            </w:pPr>
            <w:r>
              <w:rPr>
                <w:b/>
                <w:sz w:val="18"/>
              </w:rPr>
              <w:t>Bilingual Celebration of the Eucharist, followed by closing prayers with the retreat masters</w:t>
            </w:r>
          </w:p>
        </w:tc>
        <w:tc>
          <w:tcPr>
            <w:tcW w:w="2500" w:type="dxa"/>
            <w:shd w:val="clear" w:color="auto" w:fill="F7F0D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A66A489" w14:textId="77777777" w:rsidR="009C20F1" w:rsidRDefault="003C024A">
            <w:pPr>
              <w:spacing w:after="0" w:line="240" w:lineRule="auto"/>
              <w:jc w:val="center"/>
            </w:pPr>
            <w:r>
              <w:rPr>
                <w:b/>
                <w:color w:val="183A5A"/>
                <w:sz w:val="18"/>
              </w:rPr>
              <w:t>Upper McShain</w:t>
            </w:r>
          </w:p>
        </w:tc>
      </w:tr>
      <w:tr w:rsidR="009C20F1" w14:paraId="5F0DD91A" w14:textId="77777777" w:rsidTr="003C024A">
        <w:trPr>
          <w:jc w:val="center"/>
        </w:trPr>
        <w:tc>
          <w:tcPr>
            <w:tcW w:w="1450" w:type="dxa"/>
            <w:shd w:val="clear" w:color="auto" w:fill="F7FAF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B493154" w14:textId="77777777" w:rsidR="009C20F1" w:rsidRDefault="003C024A">
            <w:pPr>
              <w:spacing w:after="0" w:line="240" w:lineRule="auto"/>
              <w:jc w:val="center"/>
            </w:pPr>
            <w:r>
              <w:rPr>
                <w:b/>
                <w:color w:val="183A5A"/>
                <w:sz w:val="18"/>
              </w:rPr>
              <w:t>After closing</w:t>
            </w:r>
          </w:p>
        </w:tc>
        <w:tc>
          <w:tcPr>
            <w:tcW w:w="5050" w:type="dxa"/>
            <w:shd w:val="clear" w:color="auto" w:fill="F7FAF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1F6599A" w14:textId="3F338CF2" w:rsidR="009C20F1" w:rsidRDefault="003C024A">
            <w:pPr>
              <w:spacing w:after="0" w:line="240" w:lineRule="auto"/>
            </w:pPr>
            <w:r w:rsidRPr="00C728E2">
              <w:rPr>
                <w:b/>
                <w:bCs/>
                <w:sz w:val="18"/>
              </w:rPr>
              <w:t xml:space="preserve">End of </w:t>
            </w:r>
            <w:r w:rsidR="00655EE0">
              <w:rPr>
                <w:b/>
                <w:bCs/>
                <w:sz w:val="18"/>
              </w:rPr>
              <w:t>GRAND SILENCE</w:t>
            </w:r>
            <w:r>
              <w:rPr>
                <w:sz w:val="18"/>
              </w:rPr>
              <w:t>; pizza and fellowship</w:t>
            </w:r>
          </w:p>
        </w:tc>
        <w:tc>
          <w:tcPr>
            <w:tcW w:w="2500" w:type="dxa"/>
            <w:shd w:val="clear" w:color="auto" w:fill="F7FAF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2D84CFA" w14:textId="77777777" w:rsidR="009C20F1" w:rsidRDefault="003C024A">
            <w:pPr>
              <w:spacing w:after="0" w:line="240" w:lineRule="auto"/>
              <w:jc w:val="center"/>
            </w:pPr>
            <w:r>
              <w:rPr>
                <w:color w:val="183A5A"/>
                <w:sz w:val="18"/>
              </w:rPr>
              <w:t>Dining Hall</w:t>
            </w:r>
          </w:p>
        </w:tc>
      </w:tr>
      <w:tr w:rsidR="00655EE0" w14:paraId="7FDA9891" w14:textId="77777777" w:rsidTr="003C024A">
        <w:trPr>
          <w:jc w:val="center"/>
        </w:trPr>
        <w:tc>
          <w:tcPr>
            <w:tcW w:w="1450" w:type="dxa"/>
            <w:shd w:val="clear" w:color="auto" w:fill="F7FAF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F4DD5BC" w14:textId="77777777" w:rsidR="00655EE0" w:rsidRDefault="00655EE0">
            <w:pPr>
              <w:spacing w:after="0" w:line="240" w:lineRule="auto"/>
              <w:jc w:val="center"/>
              <w:rPr>
                <w:b/>
                <w:color w:val="183A5A"/>
                <w:sz w:val="18"/>
              </w:rPr>
            </w:pPr>
          </w:p>
        </w:tc>
        <w:tc>
          <w:tcPr>
            <w:tcW w:w="5050" w:type="dxa"/>
            <w:shd w:val="clear" w:color="auto" w:fill="F7FAF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80D5D65" w14:textId="5A80B758" w:rsidR="00655EE0" w:rsidRPr="00C728E2" w:rsidRDefault="00376F27" w:rsidP="00376F27">
            <w:pPr>
              <w:spacing w:after="0" w:line="240" w:lineRule="auto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RETURN HOME</w:t>
            </w:r>
          </w:p>
        </w:tc>
        <w:tc>
          <w:tcPr>
            <w:tcW w:w="2500" w:type="dxa"/>
            <w:shd w:val="clear" w:color="auto" w:fill="F7FAF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3C4CC34" w14:textId="77777777" w:rsidR="00655EE0" w:rsidRDefault="00655EE0">
            <w:pPr>
              <w:spacing w:after="0" w:line="240" w:lineRule="auto"/>
              <w:jc w:val="center"/>
              <w:rPr>
                <w:color w:val="183A5A"/>
                <w:sz w:val="18"/>
              </w:rPr>
            </w:pPr>
          </w:p>
        </w:tc>
      </w:tr>
    </w:tbl>
    <w:p w14:paraId="314EA2D2" w14:textId="31763F69" w:rsidR="009C20F1" w:rsidRDefault="009C20F1"/>
    <w:p w14:paraId="715388D8" w14:textId="120A30CB" w:rsidR="007D2B59" w:rsidRDefault="007D2B59">
      <w:pPr>
        <w:spacing w:after="40"/>
        <w:jc w:val="center"/>
        <w:rPr>
          <w:b/>
          <w:color w:val="C6A15B"/>
          <w:sz w:val="18"/>
        </w:rPr>
      </w:pPr>
      <w:r>
        <w:rPr>
          <w:b/>
          <w:noProof/>
          <w:color w:val="C6A15B"/>
          <w:sz w:val="18"/>
        </w:rPr>
        <w:drawing>
          <wp:anchor distT="0" distB="0" distL="114300" distR="114300" simplePos="0" relativeHeight="251659264" behindDoc="0" locked="0" layoutInCell="1" allowOverlap="1" wp14:anchorId="3C773E92" wp14:editId="572E8C2F">
            <wp:simplePos x="0" y="0"/>
            <wp:positionH relativeFrom="column">
              <wp:posOffset>2895213</wp:posOffset>
            </wp:positionH>
            <wp:positionV relativeFrom="paragraph">
              <wp:posOffset>-264712</wp:posOffset>
            </wp:positionV>
            <wp:extent cx="682625" cy="1048385"/>
            <wp:effectExtent l="0" t="0" r="3175" b="0"/>
            <wp:wrapNone/>
            <wp:docPr id="153515276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" cy="1048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4264B25" w14:textId="77777777" w:rsidR="007D2B59" w:rsidRDefault="007D2B59">
      <w:pPr>
        <w:spacing w:after="40"/>
        <w:jc w:val="center"/>
        <w:rPr>
          <w:b/>
          <w:color w:val="C6A15B"/>
          <w:sz w:val="18"/>
        </w:rPr>
      </w:pPr>
    </w:p>
    <w:p w14:paraId="13808326" w14:textId="77777777" w:rsidR="007D2B59" w:rsidRDefault="007D2B59">
      <w:pPr>
        <w:spacing w:after="40"/>
        <w:jc w:val="center"/>
        <w:rPr>
          <w:b/>
          <w:color w:val="C6A15B"/>
          <w:sz w:val="18"/>
        </w:rPr>
      </w:pPr>
    </w:p>
    <w:p w14:paraId="189BD0C1" w14:textId="77777777" w:rsidR="007D2B59" w:rsidRDefault="007D2B59">
      <w:pPr>
        <w:spacing w:after="40"/>
        <w:jc w:val="center"/>
        <w:rPr>
          <w:b/>
          <w:color w:val="C6A15B"/>
          <w:sz w:val="18"/>
        </w:rPr>
      </w:pPr>
    </w:p>
    <w:p w14:paraId="79A6FF24" w14:textId="77777777" w:rsidR="007D2B59" w:rsidRDefault="007D2B59">
      <w:pPr>
        <w:spacing w:after="40"/>
        <w:jc w:val="center"/>
        <w:rPr>
          <w:b/>
          <w:color w:val="C6A15B"/>
          <w:sz w:val="18"/>
        </w:rPr>
      </w:pPr>
    </w:p>
    <w:p w14:paraId="30C92D1A" w14:textId="04C28856" w:rsidR="009C20F1" w:rsidRPr="004A6963" w:rsidRDefault="003C024A">
      <w:pPr>
        <w:spacing w:after="40"/>
        <w:jc w:val="center"/>
        <w:rPr>
          <w:color w:val="EE0000"/>
          <w:sz w:val="36"/>
          <w:szCs w:val="40"/>
        </w:rPr>
      </w:pPr>
      <w:r w:rsidRPr="004A6963">
        <w:rPr>
          <w:b/>
          <w:color w:val="EE0000"/>
          <w:sz w:val="32"/>
          <w:szCs w:val="40"/>
        </w:rPr>
        <w:t xml:space="preserve">LEGION </w:t>
      </w:r>
      <w:r w:rsidR="007D2B59" w:rsidRPr="004A6963">
        <w:rPr>
          <w:b/>
          <w:color w:val="EE0000"/>
          <w:sz w:val="32"/>
          <w:szCs w:val="40"/>
        </w:rPr>
        <w:t>DE MARIA</w:t>
      </w:r>
    </w:p>
    <w:p w14:paraId="30D41DFB" w14:textId="4A16C4F9" w:rsidR="009C20F1" w:rsidRPr="00B40141" w:rsidRDefault="003C024A">
      <w:pPr>
        <w:spacing w:after="40"/>
        <w:jc w:val="center"/>
        <w:rPr>
          <w:lang w:val="es-CO"/>
        </w:rPr>
      </w:pPr>
      <w:r w:rsidRPr="00B40141">
        <w:rPr>
          <w:b/>
          <w:color w:val="183A5A"/>
          <w:sz w:val="46"/>
          <w:lang w:val="es-CO"/>
        </w:rPr>
        <w:t>Agenda del Retiro Espiritual</w:t>
      </w:r>
    </w:p>
    <w:p w14:paraId="548EF05D" w14:textId="3FF1256A" w:rsidR="009C20F1" w:rsidRDefault="003C024A">
      <w:pPr>
        <w:spacing w:after="180"/>
        <w:jc w:val="center"/>
      </w:pPr>
      <w:r>
        <w:rPr>
          <w:b/>
          <w:color w:val="2F638C"/>
          <w:sz w:val="26"/>
        </w:rPr>
        <w:t xml:space="preserve">Retiro </w:t>
      </w:r>
      <w:proofErr w:type="spellStart"/>
      <w:r>
        <w:rPr>
          <w:b/>
          <w:color w:val="2F638C"/>
          <w:sz w:val="26"/>
        </w:rPr>
        <w:t>en</w:t>
      </w:r>
      <w:proofErr w:type="spellEnd"/>
      <w:r>
        <w:rPr>
          <w:b/>
          <w:color w:val="2F638C"/>
          <w:sz w:val="26"/>
        </w:rPr>
        <w:t xml:space="preserve"> Español</w:t>
      </w:r>
      <w:r w:rsidR="00B40141">
        <w:rPr>
          <w:b/>
          <w:color w:val="2F638C"/>
          <w:sz w:val="26"/>
        </w:rPr>
        <w:t xml:space="preserve"> No. 3 </w:t>
      </w:r>
    </w:p>
    <w:tbl>
      <w:tblPr>
        <w:tblW w:w="9000" w:type="dxa"/>
        <w:jc w:val="center"/>
        <w:tblBorders>
          <w:top w:val="single" w:sz="5" w:space="0" w:color="C8D3DC"/>
          <w:left w:val="single" w:sz="5" w:space="0" w:color="C8D3DC"/>
          <w:bottom w:val="single" w:sz="5" w:space="0" w:color="C8D3DC"/>
          <w:right w:val="single" w:sz="5" w:space="0" w:color="C8D3DC"/>
          <w:insideH w:val="single" w:sz="5" w:space="0" w:color="C8D3DC"/>
          <w:insideV w:val="single" w:sz="5" w:space="0" w:color="C8D3DC"/>
        </w:tblBorders>
        <w:tblLayout w:type="fixed"/>
        <w:tblLook w:val="04A0" w:firstRow="1" w:lastRow="0" w:firstColumn="1" w:lastColumn="0" w:noHBand="0" w:noVBand="1"/>
      </w:tblPr>
      <w:tblGrid>
        <w:gridCol w:w="3000"/>
        <w:gridCol w:w="3000"/>
        <w:gridCol w:w="3000"/>
      </w:tblGrid>
      <w:tr w:rsidR="009C20F1" w:rsidRPr="007306FF" w14:paraId="5C85E97A" w14:textId="77777777" w:rsidTr="003C024A">
        <w:trPr>
          <w:jc w:val="center"/>
        </w:trPr>
        <w:tc>
          <w:tcPr>
            <w:tcW w:w="3000" w:type="dxa"/>
            <w:shd w:val="clear" w:color="auto" w:fill="F7F0D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AA7F2E2" w14:textId="77777777" w:rsidR="009C20F1" w:rsidRDefault="003C024A">
            <w:pPr>
              <w:spacing w:after="20"/>
              <w:jc w:val="center"/>
            </w:pPr>
            <w:r>
              <w:rPr>
                <w:b/>
                <w:color w:val="C6A15B"/>
                <w:sz w:val="15"/>
              </w:rPr>
              <w:t>FECHA</w:t>
            </w:r>
            <w:r>
              <w:rPr>
                <w:b/>
                <w:color w:val="C6A15B"/>
                <w:sz w:val="15"/>
              </w:rPr>
              <w:br/>
            </w:r>
            <w:r>
              <w:rPr>
                <w:b/>
                <w:color w:val="183A5A"/>
                <w:sz w:val="18"/>
              </w:rPr>
              <w:t>23–25 de octubre de 2026</w:t>
            </w:r>
          </w:p>
        </w:tc>
        <w:tc>
          <w:tcPr>
            <w:tcW w:w="3000" w:type="dxa"/>
            <w:shd w:val="clear" w:color="auto" w:fill="F7F0D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81D8C6F" w14:textId="77777777" w:rsidR="009C20F1" w:rsidRDefault="003C024A">
            <w:pPr>
              <w:spacing w:after="20"/>
              <w:jc w:val="center"/>
            </w:pPr>
            <w:r>
              <w:rPr>
                <w:b/>
                <w:color w:val="C6A15B"/>
                <w:sz w:val="15"/>
              </w:rPr>
              <w:t>LUGAR</w:t>
            </w:r>
            <w:r>
              <w:rPr>
                <w:b/>
                <w:color w:val="C6A15B"/>
                <w:sz w:val="15"/>
              </w:rPr>
              <w:br/>
            </w:r>
            <w:r>
              <w:rPr>
                <w:b/>
                <w:color w:val="183A5A"/>
                <w:sz w:val="18"/>
              </w:rPr>
              <w:t>Malvern Retreat House</w:t>
            </w:r>
          </w:p>
        </w:tc>
        <w:tc>
          <w:tcPr>
            <w:tcW w:w="3000" w:type="dxa"/>
            <w:shd w:val="clear" w:color="auto" w:fill="F7F0D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0A17157" w14:textId="77777777" w:rsidR="009C20F1" w:rsidRPr="007306FF" w:rsidRDefault="003C024A">
            <w:pPr>
              <w:spacing w:after="20"/>
              <w:jc w:val="center"/>
              <w:rPr>
                <w:lang w:val="es-CO"/>
              </w:rPr>
            </w:pPr>
            <w:r w:rsidRPr="007306FF">
              <w:rPr>
                <w:b/>
                <w:color w:val="C6A15B"/>
                <w:sz w:val="15"/>
                <w:lang w:val="es-CO"/>
              </w:rPr>
              <w:t>DIRECTOR DEL RETIRO</w:t>
            </w:r>
            <w:r w:rsidRPr="007306FF">
              <w:rPr>
                <w:b/>
                <w:color w:val="C6A15B"/>
                <w:sz w:val="15"/>
                <w:lang w:val="es-CO"/>
              </w:rPr>
              <w:br/>
            </w:r>
            <w:r w:rsidRPr="007306FF">
              <w:rPr>
                <w:b/>
                <w:color w:val="183A5A"/>
                <w:sz w:val="18"/>
                <w:lang w:val="es-CO"/>
              </w:rPr>
              <w:t xml:space="preserve">Fr. Guillermo </w:t>
            </w:r>
            <w:proofErr w:type="spellStart"/>
            <w:r w:rsidRPr="007306FF">
              <w:rPr>
                <w:b/>
                <w:color w:val="183A5A"/>
                <w:sz w:val="18"/>
                <w:lang w:val="es-CO"/>
              </w:rPr>
              <w:t>Gonzalez</w:t>
            </w:r>
            <w:proofErr w:type="spellEnd"/>
          </w:p>
        </w:tc>
      </w:tr>
    </w:tbl>
    <w:p w14:paraId="6CFC088C" w14:textId="7BE0DE34" w:rsidR="009C20F1" w:rsidRDefault="003C024A">
      <w:pPr>
        <w:keepNext/>
        <w:spacing w:before="40"/>
      </w:pPr>
      <w:r>
        <w:rPr>
          <w:b/>
          <w:color w:val="183A5A"/>
          <w:sz w:val="32"/>
        </w:rPr>
        <w:t xml:space="preserve">         </w:t>
      </w:r>
      <w:proofErr w:type="gramStart"/>
      <w:r>
        <w:rPr>
          <w:b/>
          <w:color w:val="183A5A"/>
          <w:sz w:val="32"/>
        </w:rPr>
        <w:t>VIERNES</w:t>
      </w:r>
      <w:r>
        <w:rPr>
          <w:b/>
          <w:color w:val="C6A15B"/>
        </w:rPr>
        <w:t xml:space="preserve">  |</w:t>
      </w:r>
      <w:proofErr w:type="gramEnd"/>
      <w:r>
        <w:rPr>
          <w:b/>
          <w:color w:val="C6A15B"/>
        </w:rPr>
        <w:t xml:space="preserve">  23 de octubre</w:t>
      </w:r>
    </w:p>
    <w:tbl>
      <w:tblPr>
        <w:tblW w:w="9000" w:type="dxa"/>
        <w:jc w:val="center"/>
        <w:tblBorders>
          <w:top w:val="single" w:sz="5" w:space="0" w:color="C8D3DC"/>
          <w:left w:val="single" w:sz="5" w:space="0" w:color="C8D3DC"/>
          <w:bottom w:val="single" w:sz="5" w:space="0" w:color="C8D3DC"/>
          <w:right w:val="single" w:sz="5" w:space="0" w:color="C8D3DC"/>
          <w:insideH w:val="single" w:sz="5" w:space="0" w:color="C8D3DC"/>
          <w:insideV w:val="single" w:sz="5" w:space="0" w:color="C8D3DC"/>
        </w:tblBorders>
        <w:tblLayout w:type="fixed"/>
        <w:tblLook w:val="04A0" w:firstRow="1" w:lastRow="0" w:firstColumn="1" w:lastColumn="0" w:noHBand="0" w:noVBand="1"/>
      </w:tblPr>
      <w:tblGrid>
        <w:gridCol w:w="1450"/>
        <w:gridCol w:w="5050"/>
        <w:gridCol w:w="2500"/>
      </w:tblGrid>
      <w:tr w:rsidR="009C20F1" w14:paraId="033ABEE9" w14:textId="77777777" w:rsidTr="003C024A">
        <w:trPr>
          <w:tblHeader/>
          <w:jc w:val="center"/>
        </w:trPr>
        <w:tc>
          <w:tcPr>
            <w:tcW w:w="1450" w:type="dxa"/>
            <w:shd w:val="clear" w:color="auto" w:fill="183A5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BE0DAF9" w14:textId="77777777" w:rsidR="009C20F1" w:rsidRDefault="003C024A">
            <w:pPr>
              <w:spacing w:after="0"/>
              <w:jc w:val="center"/>
            </w:pPr>
            <w:r>
              <w:rPr>
                <w:b/>
                <w:color w:val="FFFFFF"/>
                <w:sz w:val="18"/>
              </w:rPr>
              <w:t>HORA</w:t>
            </w:r>
          </w:p>
        </w:tc>
        <w:tc>
          <w:tcPr>
            <w:tcW w:w="5050" w:type="dxa"/>
            <w:shd w:val="clear" w:color="auto" w:fill="183A5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C3D3C87" w14:textId="77777777" w:rsidR="009C20F1" w:rsidRDefault="003C024A">
            <w:pPr>
              <w:spacing w:after="0"/>
              <w:jc w:val="center"/>
            </w:pPr>
            <w:r>
              <w:rPr>
                <w:b/>
                <w:color w:val="FFFFFF"/>
                <w:sz w:val="18"/>
              </w:rPr>
              <w:t>ACTIVIDAD</w:t>
            </w:r>
          </w:p>
        </w:tc>
        <w:tc>
          <w:tcPr>
            <w:tcW w:w="2500" w:type="dxa"/>
            <w:shd w:val="clear" w:color="auto" w:fill="183A5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447D81D" w14:textId="77777777" w:rsidR="009C20F1" w:rsidRDefault="003C024A">
            <w:pPr>
              <w:spacing w:after="0"/>
              <w:jc w:val="center"/>
            </w:pPr>
            <w:r>
              <w:rPr>
                <w:b/>
                <w:color w:val="FFFFFF"/>
                <w:sz w:val="18"/>
              </w:rPr>
              <w:t>LUGAR</w:t>
            </w:r>
          </w:p>
        </w:tc>
      </w:tr>
      <w:tr w:rsidR="009C20F1" w14:paraId="78AE328B" w14:textId="77777777" w:rsidTr="003C024A">
        <w:trPr>
          <w:jc w:val="center"/>
        </w:trPr>
        <w:tc>
          <w:tcPr>
            <w:tcW w:w="14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FBA932F" w14:textId="77777777" w:rsidR="009C20F1" w:rsidRDefault="003C024A">
            <w:pPr>
              <w:spacing w:after="0" w:line="240" w:lineRule="auto"/>
              <w:jc w:val="center"/>
            </w:pPr>
            <w:r>
              <w:rPr>
                <w:b/>
                <w:color w:val="183A5A"/>
                <w:sz w:val="18"/>
              </w:rPr>
              <w:t>5:00 PM</w:t>
            </w:r>
          </w:p>
        </w:tc>
        <w:tc>
          <w:tcPr>
            <w:tcW w:w="50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3AD682A" w14:textId="4ACB1485" w:rsidR="009C20F1" w:rsidRDefault="003C024A">
            <w:pPr>
              <w:spacing w:after="0" w:line="240" w:lineRule="auto"/>
            </w:pPr>
            <w:proofErr w:type="spellStart"/>
            <w:r>
              <w:rPr>
                <w:sz w:val="18"/>
              </w:rPr>
              <w:t>Registr</w:t>
            </w:r>
            <w:r w:rsidR="00F0638B">
              <w:rPr>
                <w:sz w:val="18"/>
              </w:rPr>
              <w:t>acion</w:t>
            </w:r>
            <w:proofErr w:type="spellEnd"/>
            <w:r w:rsidR="00F0638B">
              <w:rPr>
                <w:sz w:val="18"/>
              </w:rPr>
              <w:t xml:space="preserve"> </w:t>
            </w:r>
          </w:p>
        </w:tc>
        <w:tc>
          <w:tcPr>
            <w:tcW w:w="2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E81E801" w14:textId="77777777" w:rsidR="009C20F1" w:rsidRDefault="003C024A">
            <w:pPr>
              <w:spacing w:after="0" w:line="240" w:lineRule="auto"/>
              <w:jc w:val="center"/>
            </w:pPr>
            <w:r>
              <w:rPr>
                <w:color w:val="183A5A"/>
                <w:sz w:val="18"/>
              </w:rPr>
              <w:t>Comedor</w:t>
            </w:r>
          </w:p>
        </w:tc>
      </w:tr>
      <w:tr w:rsidR="009C20F1" w14:paraId="38DD7567" w14:textId="77777777" w:rsidTr="003C024A">
        <w:trPr>
          <w:jc w:val="center"/>
        </w:trPr>
        <w:tc>
          <w:tcPr>
            <w:tcW w:w="1450" w:type="dxa"/>
            <w:shd w:val="clear" w:color="auto" w:fill="F7FAF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DD609F0" w14:textId="77777777" w:rsidR="009C20F1" w:rsidRDefault="003C024A">
            <w:pPr>
              <w:spacing w:after="0" w:line="240" w:lineRule="auto"/>
              <w:jc w:val="center"/>
            </w:pPr>
            <w:r>
              <w:rPr>
                <w:b/>
                <w:color w:val="183A5A"/>
                <w:sz w:val="18"/>
              </w:rPr>
              <w:t>5:30 PM</w:t>
            </w:r>
          </w:p>
        </w:tc>
        <w:tc>
          <w:tcPr>
            <w:tcW w:w="5050" w:type="dxa"/>
            <w:shd w:val="clear" w:color="auto" w:fill="F7FAF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7481761" w14:textId="1AABBD79" w:rsidR="009C20F1" w:rsidRPr="00F0638B" w:rsidRDefault="003C024A">
            <w:pPr>
              <w:spacing w:after="0" w:line="240" w:lineRule="auto"/>
              <w:rPr>
                <w:lang w:val="es-CO"/>
              </w:rPr>
            </w:pPr>
            <w:r w:rsidRPr="00F0638B">
              <w:rPr>
                <w:sz w:val="18"/>
                <w:lang w:val="es-CO"/>
              </w:rPr>
              <w:t>Recorrido</w:t>
            </w:r>
            <w:r w:rsidR="006E0BC3" w:rsidRPr="00F0638B">
              <w:rPr>
                <w:sz w:val="18"/>
                <w:lang w:val="es-CO"/>
              </w:rPr>
              <w:t>/tour</w:t>
            </w:r>
            <w:r w:rsidRPr="00F0638B">
              <w:rPr>
                <w:sz w:val="18"/>
                <w:lang w:val="es-CO"/>
              </w:rPr>
              <w:t xml:space="preserve"> para participantes nuevos</w:t>
            </w:r>
          </w:p>
        </w:tc>
        <w:tc>
          <w:tcPr>
            <w:tcW w:w="2500" w:type="dxa"/>
            <w:shd w:val="clear" w:color="auto" w:fill="F7FAF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3B599E4" w14:textId="77777777" w:rsidR="009C20F1" w:rsidRDefault="003C024A">
            <w:pPr>
              <w:spacing w:after="0" w:line="240" w:lineRule="auto"/>
              <w:jc w:val="center"/>
            </w:pPr>
            <w:proofErr w:type="spellStart"/>
            <w:r>
              <w:rPr>
                <w:color w:val="183A5A"/>
                <w:sz w:val="18"/>
              </w:rPr>
              <w:t>Comedor</w:t>
            </w:r>
            <w:proofErr w:type="spellEnd"/>
          </w:p>
        </w:tc>
      </w:tr>
      <w:tr w:rsidR="009C20F1" w14:paraId="40DB61B6" w14:textId="77777777" w:rsidTr="003C024A">
        <w:trPr>
          <w:jc w:val="center"/>
        </w:trPr>
        <w:tc>
          <w:tcPr>
            <w:tcW w:w="1450" w:type="dxa"/>
            <w:shd w:val="clear" w:color="auto" w:fill="F7F0D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2EDC564" w14:textId="77777777" w:rsidR="009C20F1" w:rsidRDefault="003C024A">
            <w:pPr>
              <w:spacing w:after="0" w:line="240" w:lineRule="auto"/>
              <w:jc w:val="center"/>
            </w:pPr>
            <w:r>
              <w:rPr>
                <w:b/>
                <w:color w:val="183A5A"/>
                <w:sz w:val="18"/>
              </w:rPr>
              <w:t>6:30 PM</w:t>
            </w:r>
          </w:p>
        </w:tc>
        <w:tc>
          <w:tcPr>
            <w:tcW w:w="5050" w:type="dxa"/>
            <w:shd w:val="clear" w:color="auto" w:fill="F7F0D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6BA400F" w14:textId="602DC3D9" w:rsidR="009C20F1" w:rsidRDefault="003C024A">
            <w:pPr>
              <w:spacing w:after="0" w:line="240" w:lineRule="auto"/>
            </w:pPr>
            <w:proofErr w:type="spellStart"/>
            <w:r>
              <w:rPr>
                <w:b/>
                <w:sz w:val="18"/>
              </w:rPr>
              <w:t>Ángelus</w:t>
            </w:r>
            <w:proofErr w:type="spellEnd"/>
            <w:r>
              <w:rPr>
                <w:b/>
                <w:sz w:val="18"/>
              </w:rPr>
              <w:t xml:space="preserve"> y </w:t>
            </w:r>
            <w:r w:rsidR="00446656">
              <w:rPr>
                <w:b/>
                <w:sz w:val="18"/>
              </w:rPr>
              <w:t>CENA</w:t>
            </w:r>
          </w:p>
        </w:tc>
        <w:tc>
          <w:tcPr>
            <w:tcW w:w="2500" w:type="dxa"/>
            <w:shd w:val="clear" w:color="auto" w:fill="F7F0D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23831CE" w14:textId="77777777" w:rsidR="009C20F1" w:rsidRDefault="003C024A">
            <w:pPr>
              <w:spacing w:after="0" w:line="240" w:lineRule="auto"/>
              <w:jc w:val="center"/>
            </w:pPr>
            <w:r>
              <w:rPr>
                <w:b/>
                <w:color w:val="183A5A"/>
                <w:sz w:val="18"/>
              </w:rPr>
              <w:t>Comedor</w:t>
            </w:r>
          </w:p>
        </w:tc>
      </w:tr>
      <w:tr w:rsidR="009C20F1" w14:paraId="7B523740" w14:textId="77777777" w:rsidTr="003C024A">
        <w:trPr>
          <w:jc w:val="center"/>
        </w:trPr>
        <w:tc>
          <w:tcPr>
            <w:tcW w:w="1450" w:type="dxa"/>
            <w:shd w:val="clear" w:color="auto" w:fill="F7F0D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B404D99" w14:textId="77777777" w:rsidR="009C20F1" w:rsidRDefault="003C024A">
            <w:pPr>
              <w:spacing w:after="0" w:line="240" w:lineRule="auto"/>
              <w:jc w:val="center"/>
            </w:pPr>
            <w:r>
              <w:rPr>
                <w:b/>
                <w:color w:val="183A5A"/>
                <w:sz w:val="18"/>
              </w:rPr>
              <w:t>7:30 PM</w:t>
            </w:r>
          </w:p>
        </w:tc>
        <w:tc>
          <w:tcPr>
            <w:tcW w:w="5050" w:type="dxa"/>
            <w:shd w:val="clear" w:color="auto" w:fill="F7F0D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CEDC631" w14:textId="60E15D8C" w:rsidR="009C20F1" w:rsidRPr="007306FF" w:rsidRDefault="003C024A">
            <w:pPr>
              <w:spacing w:after="0" w:line="240" w:lineRule="auto"/>
              <w:rPr>
                <w:lang w:val="es-CO"/>
              </w:rPr>
            </w:pPr>
            <w:r w:rsidRPr="007306FF">
              <w:rPr>
                <w:b/>
                <w:sz w:val="18"/>
                <w:lang w:val="es-CO"/>
              </w:rPr>
              <w:t xml:space="preserve">Palabras de bienvenida, seguidas por el comienzo del </w:t>
            </w:r>
            <w:r w:rsidR="00B16D94">
              <w:rPr>
                <w:b/>
                <w:sz w:val="18"/>
                <w:lang w:val="es-CO"/>
              </w:rPr>
              <w:t>GRAN SILENCIO</w:t>
            </w:r>
          </w:p>
        </w:tc>
        <w:tc>
          <w:tcPr>
            <w:tcW w:w="2500" w:type="dxa"/>
            <w:shd w:val="clear" w:color="auto" w:fill="F7F0D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8D916F3" w14:textId="6BB9BA46" w:rsidR="009C20F1" w:rsidRDefault="00B16D94">
            <w:pPr>
              <w:spacing w:after="0" w:line="240" w:lineRule="auto"/>
              <w:jc w:val="center"/>
            </w:pPr>
            <w:proofErr w:type="spellStart"/>
            <w:r>
              <w:rPr>
                <w:b/>
                <w:color w:val="183A5A"/>
                <w:sz w:val="18"/>
              </w:rPr>
              <w:t>Comedor</w:t>
            </w:r>
            <w:proofErr w:type="spellEnd"/>
          </w:p>
        </w:tc>
      </w:tr>
      <w:tr w:rsidR="009C20F1" w14:paraId="3702C894" w14:textId="77777777" w:rsidTr="003C024A">
        <w:trPr>
          <w:jc w:val="center"/>
        </w:trPr>
        <w:tc>
          <w:tcPr>
            <w:tcW w:w="1450" w:type="dxa"/>
            <w:shd w:val="clear" w:color="auto" w:fill="F7F0D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C1E7D53" w14:textId="77777777" w:rsidR="009C20F1" w:rsidRDefault="003C024A">
            <w:pPr>
              <w:spacing w:after="0" w:line="240" w:lineRule="auto"/>
              <w:jc w:val="center"/>
            </w:pPr>
            <w:r>
              <w:rPr>
                <w:b/>
                <w:color w:val="183A5A"/>
                <w:sz w:val="18"/>
              </w:rPr>
              <w:t>8:00 PM</w:t>
            </w:r>
          </w:p>
        </w:tc>
        <w:tc>
          <w:tcPr>
            <w:tcW w:w="5050" w:type="dxa"/>
            <w:shd w:val="clear" w:color="auto" w:fill="F7F0D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8BAA25B" w14:textId="12D35BDB" w:rsidR="009C20F1" w:rsidRPr="007306FF" w:rsidRDefault="003C024A">
            <w:pPr>
              <w:spacing w:after="0" w:line="240" w:lineRule="auto"/>
              <w:rPr>
                <w:lang w:val="es-CO"/>
              </w:rPr>
            </w:pPr>
            <w:r w:rsidRPr="007306FF">
              <w:rPr>
                <w:b/>
                <w:sz w:val="18"/>
                <w:lang w:val="es-CO"/>
              </w:rPr>
              <w:t xml:space="preserve">Oraciones </w:t>
            </w:r>
            <w:r w:rsidR="00895F2A">
              <w:rPr>
                <w:b/>
                <w:sz w:val="18"/>
                <w:lang w:val="es-CO"/>
              </w:rPr>
              <w:t xml:space="preserve">Iniciales </w:t>
            </w:r>
            <w:r w:rsidRPr="007306FF">
              <w:rPr>
                <w:b/>
                <w:sz w:val="18"/>
                <w:lang w:val="es-CO"/>
              </w:rPr>
              <w:t xml:space="preserve">de la Legión, Santo Rosario, </w:t>
            </w:r>
            <w:r w:rsidR="00B16D94">
              <w:rPr>
                <w:b/>
                <w:color w:val="EE0000"/>
                <w:sz w:val="18"/>
                <w:lang w:val="es-CO"/>
              </w:rPr>
              <w:t>PRIMERA Conferencia</w:t>
            </w:r>
            <w:r w:rsidRPr="00B16D94">
              <w:rPr>
                <w:b/>
                <w:color w:val="EE0000"/>
                <w:sz w:val="18"/>
                <w:lang w:val="es-CO"/>
              </w:rPr>
              <w:t xml:space="preserve"> </w:t>
            </w:r>
            <w:r w:rsidRPr="007306FF">
              <w:rPr>
                <w:b/>
                <w:sz w:val="18"/>
                <w:lang w:val="es-CO"/>
              </w:rPr>
              <w:t>y Catena</w:t>
            </w:r>
          </w:p>
        </w:tc>
        <w:tc>
          <w:tcPr>
            <w:tcW w:w="2500" w:type="dxa"/>
            <w:shd w:val="clear" w:color="auto" w:fill="F7F0D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AF368A9" w14:textId="25CDF0A5" w:rsidR="009C20F1" w:rsidRDefault="003C024A">
            <w:pPr>
              <w:spacing w:after="0" w:line="240" w:lineRule="auto"/>
              <w:jc w:val="center"/>
            </w:pPr>
            <w:r>
              <w:rPr>
                <w:b/>
                <w:color w:val="183A5A"/>
                <w:sz w:val="18"/>
              </w:rPr>
              <w:t>Capilla</w:t>
            </w:r>
          </w:p>
        </w:tc>
      </w:tr>
      <w:tr w:rsidR="009C20F1" w14:paraId="31744C43" w14:textId="77777777" w:rsidTr="003C024A">
        <w:trPr>
          <w:jc w:val="center"/>
        </w:trPr>
        <w:tc>
          <w:tcPr>
            <w:tcW w:w="1450" w:type="dxa"/>
            <w:shd w:val="clear" w:color="auto" w:fill="F7F0D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0D59D8D" w14:textId="77777777" w:rsidR="009C20F1" w:rsidRDefault="003C024A">
            <w:pPr>
              <w:spacing w:after="0" w:line="240" w:lineRule="auto"/>
              <w:jc w:val="center"/>
            </w:pPr>
            <w:r>
              <w:rPr>
                <w:b/>
                <w:color w:val="183A5A"/>
                <w:sz w:val="18"/>
              </w:rPr>
              <w:t>9:00 PM</w:t>
            </w:r>
          </w:p>
        </w:tc>
        <w:tc>
          <w:tcPr>
            <w:tcW w:w="5050" w:type="dxa"/>
            <w:shd w:val="clear" w:color="auto" w:fill="F7F0D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F80E9FF" w14:textId="77777777" w:rsidR="009C20F1" w:rsidRDefault="003C024A">
            <w:pPr>
              <w:spacing w:after="0" w:line="240" w:lineRule="auto"/>
              <w:rPr>
                <w:b/>
                <w:sz w:val="18"/>
                <w:lang w:val="es-CO"/>
              </w:rPr>
            </w:pPr>
            <w:r w:rsidRPr="007306FF">
              <w:rPr>
                <w:b/>
                <w:sz w:val="18"/>
                <w:lang w:val="es-CO"/>
              </w:rPr>
              <w:t>Celebración de la Santa Eucaristía</w:t>
            </w:r>
          </w:p>
          <w:p w14:paraId="374311CA" w14:textId="5C3E599C" w:rsidR="000F0106" w:rsidRDefault="00895F2A">
            <w:pPr>
              <w:spacing w:after="0" w:line="240" w:lineRule="auto"/>
              <w:rPr>
                <w:b/>
                <w:sz w:val="18"/>
                <w:lang w:val="es-CO"/>
              </w:rPr>
            </w:pPr>
            <w:r>
              <w:rPr>
                <w:b/>
                <w:sz w:val="18"/>
                <w:lang w:val="es-CO"/>
              </w:rPr>
              <w:t>Oración</w:t>
            </w:r>
            <w:r w:rsidR="000F0106">
              <w:rPr>
                <w:b/>
                <w:sz w:val="18"/>
                <w:lang w:val="es-CO"/>
              </w:rPr>
              <w:t xml:space="preserve"> de la noche</w:t>
            </w:r>
          </w:p>
          <w:p w14:paraId="1E09DE26" w14:textId="542C5A91" w:rsidR="000F0106" w:rsidRPr="007306FF" w:rsidRDefault="000F0106">
            <w:pPr>
              <w:spacing w:after="0" w:line="240" w:lineRule="auto"/>
              <w:rPr>
                <w:lang w:val="es-CO"/>
              </w:rPr>
            </w:pPr>
            <w:r>
              <w:rPr>
                <w:b/>
                <w:sz w:val="18"/>
                <w:lang w:val="es-CO"/>
              </w:rPr>
              <w:t xml:space="preserve">Oraciones finales de la Legion </w:t>
            </w:r>
          </w:p>
        </w:tc>
        <w:tc>
          <w:tcPr>
            <w:tcW w:w="2500" w:type="dxa"/>
            <w:shd w:val="clear" w:color="auto" w:fill="F7F0D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B9C2CEC" w14:textId="6C05A464" w:rsidR="009C20F1" w:rsidRDefault="00F92154">
            <w:pPr>
              <w:spacing w:after="0" w:line="240" w:lineRule="auto"/>
              <w:jc w:val="center"/>
            </w:pPr>
            <w:r>
              <w:rPr>
                <w:b/>
                <w:color w:val="183A5A"/>
                <w:sz w:val="18"/>
              </w:rPr>
              <w:t>Capilla</w:t>
            </w:r>
          </w:p>
        </w:tc>
      </w:tr>
      <w:tr w:rsidR="009C20F1" w14:paraId="11CA3B1A" w14:textId="77777777" w:rsidTr="003C024A">
        <w:trPr>
          <w:jc w:val="center"/>
        </w:trPr>
        <w:tc>
          <w:tcPr>
            <w:tcW w:w="14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59E8593" w14:textId="77777777" w:rsidR="009C20F1" w:rsidRDefault="003C024A">
            <w:pPr>
              <w:spacing w:after="0" w:line="240" w:lineRule="auto"/>
              <w:jc w:val="center"/>
            </w:pPr>
            <w:r>
              <w:rPr>
                <w:b/>
                <w:color w:val="183A5A"/>
                <w:sz w:val="18"/>
              </w:rPr>
              <w:t>10:00 PM</w:t>
            </w:r>
          </w:p>
        </w:tc>
        <w:tc>
          <w:tcPr>
            <w:tcW w:w="50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D772D12" w14:textId="7C20D37D" w:rsidR="009C20F1" w:rsidRPr="00685692" w:rsidRDefault="00DF6E8C" w:rsidP="00685692">
            <w:pPr>
              <w:spacing w:after="0" w:line="240" w:lineRule="auto"/>
              <w:jc w:val="center"/>
              <w:rPr>
                <w:b/>
                <w:bCs/>
                <w:lang w:val="es-CO"/>
              </w:rPr>
            </w:pPr>
            <w:r>
              <w:rPr>
                <w:b/>
                <w:bCs/>
                <w:sz w:val="18"/>
                <w:lang w:val="es-CO"/>
              </w:rPr>
              <w:t xml:space="preserve">Se apagan </w:t>
            </w:r>
            <w:r w:rsidR="003C024A" w:rsidRPr="00685692">
              <w:rPr>
                <w:b/>
                <w:bCs/>
                <w:sz w:val="18"/>
                <w:lang w:val="es-CO"/>
              </w:rPr>
              <w:t>las luces y descansar</w:t>
            </w:r>
          </w:p>
        </w:tc>
        <w:tc>
          <w:tcPr>
            <w:tcW w:w="2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008EF1F" w14:textId="77777777" w:rsidR="009C20F1" w:rsidRDefault="003C024A">
            <w:pPr>
              <w:spacing w:after="0" w:line="240" w:lineRule="auto"/>
              <w:jc w:val="center"/>
            </w:pPr>
            <w:proofErr w:type="spellStart"/>
            <w:r>
              <w:rPr>
                <w:color w:val="183A5A"/>
                <w:sz w:val="18"/>
              </w:rPr>
              <w:t>Habitaciones</w:t>
            </w:r>
            <w:proofErr w:type="spellEnd"/>
          </w:p>
        </w:tc>
      </w:tr>
      <w:tr w:rsidR="009C20F1" w:rsidRPr="007306FF" w14:paraId="314138DB" w14:textId="77777777" w:rsidTr="003C024A">
        <w:trPr>
          <w:jc w:val="center"/>
        </w:trPr>
        <w:tc>
          <w:tcPr>
            <w:tcW w:w="9000" w:type="dxa"/>
            <w:gridSpan w:val="3"/>
            <w:shd w:val="clear" w:color="auto" w:fill="EAF2F8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64A08D3" w14:textId="77777777" w:rsidR="009C20F1" w:rsidRPr="007306FF" w:rsidRDefault="003C024A">
            <w:pPr>
              <w:spacing w:after="0"/>
              <w:rPr>
                <w:lang w:val="es-CO"/>
              </w:rPr>
            </w:pPr>
            <w:proofErr w:type="gramStart"/>
            <w:r w:rsidRPr="007306FF">
              <w:rPr>
                <w:b/>
                <w:color w:val="2F638C"/>
                <w:sz w:val="18"/>
                <w:lang w:val="es-CO"/>
              </w:rPr>
              <w:t xml:space="preserve">NOTA  </w:t>
            </w:r>
            <w:r w:rsidRPr="007306FF">
              <w:rPr>
                <w:sz w:val="18"/>
                <w:lang w:val="es-CO"/>
              </w:rPr>
              <w:t>“</w:t>
            </w:r>
            <w:proofErr w:type="gramEnd"/>
            <w:r w:rsidRPr="007306FF">
              <w:rPr>
                <w:sz w:val="18"/>
                <w:lang w:val="es-CO"/>
              </w:rPr>
              <w:t>Capilla” se refiere a la Capilla de Nuestra Señora. Las sesiones en español serán presenciales.</w:t>
            </w:r>
          </w:p>
        </w:tc>
      </w:tr>
    </w:tbl>
    <w:p w14:paraId="7EFED2CB" w14:textId="5A586DA7" w:rsidR="009C20F1" w:rsidRPr="00AB382A" w:rsidRDefault="003C024A">
      <w:pPr>
        <w:keepNext/>
        <w:spacing w:before="40"/>
        <w:rPr>
          <w:b/>
          <w:bCs/>
          <w:lang w:val="es-CO"/>
        </w:rPr>
      </w:pPr>
      <w:r>
        <w:rPr>
          <w:b/>
          <w:color w:val="183A5A"/>
          <w:sz w:val="32"/>
          <w:lang w:val="es-CO"/>
        </w:rPr>
        <w:t xml:space="preserve">         </w:t>
      </w:r>
      <w:proofErr w:type="gramStart"/>
      <w:r w:rsidRPr="007306FF">
        <w:rPr>
          <w:b/>
          <w:color w:val="183A5A"/>
          <w:sz w:val="32"/>
          <w:lang w:val="es-CO"/>
        </w:rPr>
        <w:t>SÁBADO</w:t>
      </w:r>
      <w:r w:rsidRPr="007306FF">
        <w:rPr>
          <w:b/>
          <w:color w:val="C6A15B"/>
          <w:lang w:val="es-CO"/>
        </w:rPr>
        <w:t xml:space="preserve">  |</w:t>
      </w:r>
      <w:proofErr w:type="gramEnd"/>
      <w:r w:rsidRPr="007306FF">
        <w:rPr>
          <w:b/>
          <w:color w:val="C6A15B"/>
          <w:lang w:val="es-CO"/>
        </w:rPr>
        <w:t xml:space="preserve">  24 de octubre</w:t>
      </w:r>
      <w:r w:rsidRPr="007306FF">
        <w:rPr>
          <w:i/>
          <w:color w:val="5F6B73"/>
          <w:sz w:val="19"/>
          <w:lang w:val="es-CO"/>
        </w:rPr>
        <w:br/>
      </w:r>
      <w:r>
        <w:rPr>
          <w:b/>
          <w:bCs/>
          <w:i/>
          <w:color w:val="5F6B73"/>
          <w:sz w:val="19"/>
          <w:lang w:val="es-CO"/>
        </w:rPr>
        <w:t xml:space="preserve">               </w:t>
      </w:r>
      <w:r w:rsidRPr="00AB382A">
        <w:rPr>
          <w:b/>
          <w:bCs/>
          <w:i/>
          <w:color w:val="5F6B73"/>
          <w:sz w:val="19"/>
          <w:lang w:val="es-CO"/>
        </w:rPr>
        <w:t>Se requiere observar el Gran Silencio durante el retiro.</w:t>
      </w:r>
    </w:p>
    <w:tbl>
      <w:tblPr>
        <w:tblW w:w="9000" w:type="dxa"/>
        <w:jc w:val="center"/>
        <w:tblBorders>
          <w:top w:val="single" w:sz="5" w:space="0" w:color="C8D3DC"/>
          <w:left w:val="single" w:sz="5" w:space="0" w:color="C8D3DC"/>
          <w:bottom w:val="single" w:sz="5" w:space="0" w:color="C8D3DC"/>
          <w:right w:val="single" w:sz="5" w:space="0" w:color="C8D3DC"/>
          <w:insideH w:val="single" w:sz="5" w:space="0" w:color="C8D3DC"/>
          <w:insideV w:val="single" w:sz="5" w:space="0" w:color="C8D3DC"/>
        </w:tblBorders>
        <w:tblLayout w:type="fixed"/>
        <w:tblLook w:val="04A0" w:firstRow="1" w:lastRow="0" w:firstColumn="1" w:lastColumn="0" w:noHBand="0" w:noVBand="1"/>
      </w:tblPr>
      <w:tblGrid>
        <w:gridCol w:w="1450"/>
        <w:gridCol w:w="5050"/>
        <w:gridCol w:w="2500"/>
      </w:tblGrid>
      <w:tr w:rsidR="009C20F1" w14:paraId="3F3C795A" w14:textId="77777777" w:rsidTr="003C024A">
        <w:trPr>
          <w:tblHeader/>
          <w:jc w:val="center"/>
        </w:trPr>
        <w:tc>
          <w:tcPr>
            <w:tcW w:w="1450" w:type="dxa"/>
            <w:shd w:val="clear" w:color="auto" w:fill="183A5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0E9BD5F" w14:textId="77777777" w:rsidR="009C20F1" w:rsidRDefault="003C024A">
            <w:pPr>
              <w:spacing w:after="0"/>
              <w:jc w:val="center"/>
            </w:pPr>
            <w:r>
              <w:rPr>
                <w:b/>
                <w:color w:val="FFFFFF"/>
                <w:sz w:val="18"/>
              </w:rPr>
              <w:t>HORA</w:t>
            </w:r>
          </w:p>
        </w:tc>
        <w:tc>
          <w:tcPr>
            <w:tcW w:w="5050" w:type="dxa"/>
            <w:shd w:val="clear" w:color="auto" w:fill="183A5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212904B" w14:textId="77777777" w:rsidR="009C20F1" w:rsidRDefault="003C024A">
            <w:pPr>
              <w:spacing w:after="0"/>
              <w:jc w:val="center"/>
            </w:pPr>
            <w:r>
              <w:rPr>
                <w:b/>
                <w:color w:val="FFFFFF"/>
                <w:sz w:val="18"/>
              </w:rPr>
              <w:t>ACTIVIDAD</w:t>
            </w:r>
          </w:p>
        </w:tc>
        <w:tc>
          <w:tcPr>
            <w:tcW w:w="2500" w:type="dxa"/>
            <w:shd w:val="clear" w:color="auto" w:fill="183A5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D368295" w14:textId="77777777" w:rsidR="009C20F1" w:rsidRDefault="003C024A">
            <w:pPr>
              <w:spacing w:after="0"/>
              <w:jc w:val="center"/>
            </w:pPr>
            <w:r>
              <w:rPr>
                <w:b/>
                <w:color w:val="FFFFFF"/>
                <w:sz w:val="18"/>
              </w:rPr>
              <w:t>LUGAR</w:t>
            </w:r>
          </w:p>
        </w:tc>
      </w:tr>
      <w:tr w:rsidR="009C20F1" w14:paraId="4B3D25C6" w14:textId="77777777" w:rsidTr="003C024A">
        <w:trPr>
          <w:jc w:val="center"/>
        </w:trPr>
        <w:tc>
          <w:tcPr>
            <w:tcW w:w="14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E0848C4" w14:textId="77777777" w:rsidR="009C20F1" w:rsidRDefault="003C024A">
            <w:pPr>
              <w:spacing w:after="0" w:line="240" w:lineRule="auto"/>
              <w:jc w:val="center"/>
            </w:pPr>
            <w:r>
              <w:rPr>
                <w:b/>
                <w:color w:val="183A5A"/>
                <w:sz w:val="18"/>
              </w:rPr>
              <w:t>7:00 AM</w:t>
            </w:r>
          </w:p>
        </w:tc>
        <w:tc>
          <w:tcPr>
            <w:tcW w:w="50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EDC3D39" w14:textId="77777777" w:rsidR="009C20F1" w:rsidRPr="007306FF" w:rsidRDefault="003C024A">
            <w:pPr>
              <w:spacing w:after="0" w:line="240" w:lineRule="auto"/>
              <w:rPr>
                <w:lang w:val="es-CO"/>
              </w:rPr>
            </w:pPr>
            <w:r w:rsidRPr="007306FF">
              <w:rPr>
                <w:sz w:val="18"/>
                <w:lang w:val="es-CO"/>
              </w:rPr>
              <w:t>Levantarse al llamado del prefecto: “Bendigan al Señor.” Respuesta: “Demos gracias a Dios.”</w:t>
            </w:r>
          </w:p>
        </w:tc>
        <w:tc>
          <w:tcPr>
            <w:tcW w:w="2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225B27D" w14:textId="77777777" w:rsidR="009C20F1" w:rsidRDefault="003C024A">
            <w:pPr>
              <w:spacing w:after="0" w:line="240" w:lineRule="auto"/>
              <w:jc w:val="center"/>
            </w:pPr>
            <w:proofErr w:type="spellStart"/>
            <w:r>
              <w:rPr>
                <w:color w:val="183A5A"/>
                <w:sz w:val="18"/>
              </w:rPr>
              <w:t>Habitaciones</w:t>
            </w:r>
            <w:proofErr w:type="spellEnd"/>
          </w:p>
        </w:tc>
      </w:tr>
      <w:tr w:rsidR="009C20F1" w14:paraId="6C29A87D" w14:textId="77777777" w:rsidTr="003C024A">
        <w:trPr>
          <w:jc w:val="center"/>
        </w:trPr>
        <w:tc>
          <w:tcPr>
            <w:tcW w:w="1450" w:type="dxa"/>
            <w:shd w:val="clear" w:color="auto" w:fill="F7FAF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3DEF7E6" w14:textId="77777777" w:rsidR="009C20F1" w:rsidRDefault="003C024A">
            <w:pPr>
              <w:spacing w:after="0" w:line="240" w:lineRule="auto"/>
              <w:jc w:val="center"/>
            </w:pPr>
            <w:r>
              <w:rPr>
                <w:b/>
                <w:color w:val="183A5A"/>
                <w:sz w:val="18"/>
              </w:rPr>
              <w:t>7:20 AM</w:t>
            </w:r>
          </w:p>
        </w:tc>
        <w:tc>
          <w:tcPr>
            <w:tcW w:w="5050" w:type="dxa"/>
            <w:shd w:val="clear" w:color="auto" w:fill="F7FAF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BD8D34D" w14:textId="77777777" w:rsidR="009C20F1" w:rsidRPr="007306FF" w:rsidRDefault="003C024A">
            <w:pPr>
              <w:spacing w:after="0" w:line="240" w:lineRule="auto"/>
              <w:rPr>
                <w:lang w:val="es-CO"/>
              </w:rPr>
            </w:pPr>
            <w:r w:rsidRPr="007306FF">
              <w:rPr>
                <w:sz w:val="18"/>
                <w:lang w:val="es-CO"/>
              </w:rPr>
              <w:t>Ángelus en la puerta de la habitación, dirigido por el prefecto</w:t>
            </w:r>
          </w:p>
        </w:tc>
        <w:tc>
          <w:tcPr>
            <w:tcW w:w="2500" w:type="dxa"/>
            <w:shd w:val="clear" w:color="auto" w:fill="F7FAF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82EF2E8" w14:textId="77777777" w:rsidR="009C20F1" w:rsidRDefault="003C024A">
            <w:pPr>
              <w:spacing w:after="0" w:line="240" w:lineRule="auto"/>
              <w:jc w:val="center"/>
            </w:pPr>
            <w:proofErr w:type="spellStart"/>
            <w:r>
              <w:rPr>
                <w:color w:val="183A5A"/>
                <w:sz w:val="18"/>
              </w:rPr>
              <w:t>Habitaciones</w:t>
            </w:r>
            <w:proofErr w:type="spellEnd"/>
          </w:p>
        </w:tc>
      </w:tr>
      <w:tr w:rsidR="009C20F1" w14:paraId="2B592C32" w14:textId="77777777" w:rsidTr="003C024A">
        <w:trPr>
          <w:jc w:val="center"/>
        </w:trPr>
        <w:tc>
          <w:tcPr>
            <w:tcW w:w="1450" w:type="dxa"/>
            <w:shd w:val="clear" w:color="auto" w:fill="F7F0D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531A711" w14:textId="77777777" w:rsidR="009C20F1" w:rsidRDefault="003C024A">
            <w:pPr>
              <w:spacing w:after="0" w:line="240" w:lineRule="auto"/>
              <w:jc w:val="center"/>
            </w:pPr>
            <w:r>
              <w:rPr>
                <w:b/>
                <w:color w:val="183A5A"/>
                <w:sz w:val="18"/>
              </w:rPr>
              <w:t>7:30 AM</w:t>
            </w:r>
          </w:p>
        </w:tc>
        <w:tc>
          <w:tcPr>
            <w:tcW w:w="5050" w:type="dxa"/>
            <w:shd w:val="clear" w:color="auto" w:fill="F7F0D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CE30122" w14:textId="77777777" w:rsidR="009C20F1" w:rsidRPr="007306FF" w:rsidRDefault="003C024A">
            <w:pPr>
              <w:spacing w:after="0" w:line="240" w:lineRule="auto"/>
              <w:rPr>
                <w:lang w:val="es-CO"/>
              </w:rPr>
            </w:pPr>
            <w:r w:rsidRPr="007306FF">
              <w:rPr>
                <w:b/>
                <w:sz w:val="18"/>
                <w:lang w:val="es-CO"/>
              </w:rPr>
              <w:t>Oración de la mañana del sábado</w:t>
            </w:r>
          </w:p>
        </w:tc>
        <w:tc>
          <w:tcPr>
            <w:tcW w:w="2500" w:type="dxa"/>
            <w:shd w:val="clear" w:color="auto" w:fill="F7F0D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BAF338B" w14:textId="77777777" w:rsidR="009C20F1" w:rsidRDefault="003C024A">
            <w:pPr>
              <w:spacing w:after="0" w:line="240" w:lineRule="auto"/>
              <w:jc w:val="center"/>
            </w:pPr>
            <w:r>
              <w:rPr>
                <w:b/>
                <w:color w:val="183A5A"/>
                <w:sz w:val="18"/>
              </w:rPr>
              <w:t>Capilla</w:t>
            </w:r>
          </w:p>
        </w:tc>
      </w:tr>
      <w:tr w:rsidR="009C20F1" w14:paraId="25B7D0E5" w14:textId="77777777" w:rsidTr="003C024A">
        <w:trPr>
          <w:jc w:val="center"/>
        </w:trPr>
        <w:tc>
          <w:tcPr>
            <w:tcW w:w="1450" w:type="dxa"/>
            <w:shd w:val="clear" w:color="auto" w:fill="F7FAF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70145B2" w14:textId="77777777" w:rsidR="009C20F1" w:rsidRDefault="003C024A">
            <w:pPr>
              <w:spacing w:after="0" w:line="240" w:lineRule="auto"/>
              <w:jc w:val="center"/>
            </w:pPr>
            <w:r>
              <w:rPr>
                <w:b/>
                <w:color w:val="183A5A"/>
                <w:sz w:val="18"/>
              </w:rPr>
              <w:t>7:45 AM</w:t>
            </w:r>
          </w:p>
        </w:tc>
        <w:tc>
          <w:tcPr>
            <w:tcW w:w="5050" w:type="dxa"/>
            <w:shd w:val="clear" w:color="auto" w:fill="F7FAF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6DB74BD" w14:textId="77777777" w:rsidR="009C20F1" w:rsidRDefault="003C024A">
            <w:pPr>
              <w:spacing w:after="0" w:line="240" w:lineRule="auto"/>
            </w:pPr>
            <w:r>
              <w:rPr>
                <w:sz w:val="18"/>
              </w:rPr>
              <w:t>Ceremonia de la bandera</w:t>
            </w:r>
          </w:p>
        </w:tc>
        <w:tc>
          <w:tcPr>
            <w:tcW w:w="2500" w:type="dxa"/>
            <w:shd w:val="clear" w:color="auto" w:fill="F7FAF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C1A3D8B" w14:textId="77777777" w:rsidR="009C20F1" w:rsidRDefault="003C024A">
            <w:pPr>
              <w:spacing w:after="0" w:line="240" w:lineRule="auto"/>
              <w:jc w:val="center"/>
            </w:pPr>
            <w:r>
              <w:rPr>
                <w:color w:val="183A5A"/>
                <w:sz w:val="18"/>
              </w:rPr>
              <w:t>Afuera del comedor</w:t>
            </w:r>
          </w:p>
        </w:tc>
      </w:tr>
      <w:tr w:rsidR="009C20F1" w14:paraId="4EC65C53" w14:textId="77777777" w:rsidTr="003C024A">
        <w:trPr>
          <w:jc w:val="center"/>
        </w:trPr>
        <w:tc>
          <w:tcPr>
            <w:tcW w:w="14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7D59B0A" w14:textId="77777777" w:rsidR="009C20F1" w:rsidRDefault="003C024A">
            <w:pPr>
              <w:spacing w:after="0" w:line="240" w:lineRule="auto"/>
              <w:jc w:val="center"/>
            </w:pPr>
            <w:r>
              <w:rPr>
                <w:b/>
                <w:color w:val="183A5A"/>
                <w:sz w:val="18"/>
              </w:rPr>
              <w:t>8:00 AM</w:t>
            </w:r>
          </w:p>
        </w:tc>
        <w:tc>
          <w:tcPr>
            <w:tcW w:w="50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8A98ACC" w14:textId="6DCA49F5" w:rsidR="009C20F1" w:rsidRDefault="003C024A">
            <w:pPr>
              <w:spacing w:after="0" w:line="240" w:lineRule="auto"/>
            </w:pPr>
            <w:r w:rsidRPr="00446656">
              <w:rPr>
                <w:b/>
                <w:bCs/>
                <w:sz w:val="18"/>
              </w:rPr>
              <w:t>D</w:t>
            </w:r>
            <w:r w:rsidR="00446656" w:rsidRPr="00446656">
              <w:rPr>
                <w:b/>
                <w:bCs/>
                <w:sz w:val="18"/>
              </w:rPr>
              <w:t>ESAYUNO</w:t>
            </w:r>
            <w:r>
              <w:rPr>
                <w:sz w:val="18"/>
              </w:rPr>
              <w:t xml:space="preserve"> </w:t>
            </w:r>
            <w:r w:rsidR="00446656">
              <w:rPr>
                <w:sz w:val="18"/>
              </w:rPr>
              <w:t xml:space="preserve">- </w:t>
            </w:r>
            <w:proofErr w:type="spellStart"/>
            <w:r>
              <w:rPr>
                <w:sz w:val="18"/>
              </w:rPr>
              <w:t>lecturas</w:t>
            </w:r>
            <w:proofErr w:type="spellEnd"/>
          </w:p>
        </w:tc>
        <w:tc>
          <w:tcPr>
            <w:tcW w:w="2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B3EAED8" w14:textId="77777777" w:rsidR="009C20F1" w:rsidRDefault="003C024A">
            <w:pPr>
              <w:spacing w:after="0" w:line="240" w:lineRule="auto"/>
              <w:jc w:val="center"/>
            </w:pPr>
            <w:r>
              <w:rPr>
                <w:color w:val="183A5A"/>
                <w:sz w:val="18"/>
              </w:rPr>
              <w:t>Comedor</w:t>
            </w:r>
          </w:p>
        </w:tc>
      </w:tr>
      <w:tr w:rsidR="009C20F1" w14:paraId="694C3DA2" w14:textId="77777777" w:rsidTr="003C024A">
        <w:trPr>
          <w:jc w:val="center"/>
        </w:trPr>
        <w:tc>
          <w:tcPr>
            <w:tcW w:w="1450" w:type="dxa"/>
            <w:shd w:val="clear" w:color="auto" w:fill="F7FAF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AD0BD69" w14:textId="77777777" w:rsidR="009C20F1" w:rsidRDefault="003C024A">
            <w:pPr>
              <w:spacing w:after="0" w:line="240" w:lineRule="auto"/>
              <w:jc w:val="center"/>
            </w:pPr>
            <w:r>
              <w:rPr>
                <w:b/>
                <w:color w:val="183A5A"/>
                <w:sz w:val="18"/>
              </w:rPr>
              <w:t>9:00 AM</w:t>
            </w:r>
          </w:p>
        </w:tc>
        <w:tc>
          <w:tcPr>
            <w:tcW w:w="5050" w:type="dxa"/>
            <w:shd w:val="clear" w:color="auto" w:fill="F7FAF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4FF3625" w14:textId="4292531F" w:rsidR="009C20F1" w:rsidRPr="00662A79" w:rsidRDefault="003C024A" w:rsidP="00662A79">
            <w:pPr>
              <w:spacing w:after="0" w:line="240" w:lineRule="auto"/>
              <w:jc w:val="center"/>
              <w:rPr>
                <w:lang w:val="es-CO"/>
              </w:rPr>
            </w:pPr>
            <w:r w:rsidRPr="00662A79">
              <w:rPr>
                <w:sz w:val="18"/>
                <w:lang w:val="es-CO"/>
              </w:rPr>
              <w:t>Comienza la Adoración privada</w:t>
            </w:r>
            <w:r w:rsidR="00662A79" w:rsidRPr="00662A79">
              <w:rPr>
                <w:sz w:val="18"/>
                <w:lang w:val="es-CO"/>
              </w:rPr>
              <w:t xml:space="preserve"> (p</w:t>
            </w:r>
            <w:r w:rsidR="00662A79">
              <w:rPr>
                <w:sz w:val="18"/>
                <w:lang w:val="es-CO"/>
              </w:rPr>
              <w:t>ara aquellos que se anotaron)</w:t>
            </w:r>
          </w:p>
        </w:tc>
        <w:tc>
          <w:tcPr>
            <w:tcW w:w="2500" w:type="dxa"/>
            <w:shd w:val="clear" w:color="auto" w:fill="F7FAF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DCCEA7A" w14:textId="77777777" w:rsidR="009C20F1" w:rsidRDefault="003C024A">
            <w:pPr>
              <w:spacing w:after="0" w:line="240" w:lineRule="auto"/>
              <w:jc w:val="center"/>
            </w:pPr>
            <w:r>
              <w:rPr>
                <w:color w:val="183A5A"/>
                <w:sz w:val="18"/>
              </w:rPr>
              <w:t>Oratorios</w:t>
            </w:r>
          </w:p>
        </w:tc>
      </w:tr>
      <w:tr w:rsidR="009C20F1" w14:paraId="7C94ACE7" w14:textId="77777777" w:rsidTr="003C024A">
        <w:trPr>
          <w:jc w:val="center"/>
        </w:trPr>
        <w:tc>
          <w:tcPr>
            <w:tcW w:w="1450" w:type="dxa"/>
            <w:shd w:val="clear" w:color="auto" w:fill="F7F0D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CE55EAC" w14:textId="77777777" w:rsidR="009C20F1" w:rsidRDefault="003C024A">
            <w:pPr>
              <w:spacing w:after="0" w:line="240" w:lineRule="auto"/>
              <w:jc w:val="center"/>
            </w:pPr>
            <w:r>
              <w:rPr>
                <w:b/>
                <w:color w:val="183A5A"/>
                <w:sz w:val="18"/>
              </w:rPr>
              <w:t>9:15 AM</w:t>
            </w:r>
          </w:p>
        </w:tc>
        <w:tc>
          <w:tcPr>
            <w:tcW w:w="5050" w:type="dxa"/>
            <w:shd w:val="clear" w:color="auto" w:fill="F7F0D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66DB8C2" w14:textId="2E6FA7B3" w:rsidR="009C20F1" w:rsidRPr="007306FF" w:rsidRDefault="003C024A">
            <w:pPr>
              <w:spacing w:after="0" w:line="240" w:lineRule="auto"/>
              <w:rPr>
                <w:lang w:val="es-CO"/>
              </w:rPr>
            </w:pPr>
            <w:r w:rsidRPr="007306FF">
              <w:rPr>
                <w:b/>
                <w:sz w:val="18"/>
                <w:lang w:val="es-CO"/>
              </w:rPr>
              <w:t xml:space="preserve">Oraciones iniciales de la Legión, Santo Rosario y </w:t>
            </w:r>
            <w:r w:rsidR="00926E8B">
              <w:rPr>
                <w:b/>
                <w:color w:val="EE0000"/>
                <w:sz w:val="18"/>
                <w:lang w:val="es-CO"/>
              </w:rPr>
              <w:t xml:space="preserve">SEGUNDA </w:t>
            </w:r>
            <w:r w:rsidRPr="00926E8B">
              <w:rPr>
                <w:b/>
                <w:color w:val="EE0000"/>
                <w:sz w:val="18"/>
                <w:lang w:val="es-CO"/>
              </w:rPr>
              <w:t>Conferencia</w:t>
            </w:r>
          </w:p>
        </w:tc>
        <w:tc>
          <w:tcPr>
            <w:tcW w:w="2500" w:type="dxa"/>
            <w:shd w:val="clear" w:color="auto" w:fill="F7F0D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A55E73B" w14:textId="77777777" w:rsidR="009C20F1" w:rsidRDefault="003C024A">
            <w:pPr>
              <w:spacing w:after="0" w:line="240" w:lineRule="auto"/>
              <w:jc w:val="center"/>
            </w:pPr>
            <w:r>
              <w:rPr>
                <w:b/>
                <w:color w:val="183A5A"/>
                <w:sz w:val="18"/>
              </w:rPr>
              <w:t>Capilla</w:t>
            </w:r>
          </w:p>
        </w:tc>
      </w:tr>
      <w:tr w:rsidR="009C20F1" w14:paraId="1BC5B1B6" w14:textId="77777777" w:rsidTr="003C024A">
        <w:trPr>
          <w:jc w:val="center"/>
        </w:trPr>
        <w:tc>
          <w:tcPr>
            <w:tcW w:w="1450" w:type="dxa"/>
            <w:shd w:val="clear" w:color="auto" w:fill="F7F0D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EBA1E63" w14:textId="77777777" w:rsidR="009C20F1" w:rsidRDefault="003C024A">
            <w:pPr>
              <w:spacing w:after="0" w:line="240" w:lineRule="auto"/>
              <w:jc w:val="center"/>
            </w:pPr>
            <w:r>
              <w:rPr>
                <w:b/>
                <w:color w:val="183A5A"/>
                <w:sz w:val="18"/>
              </w:rPr>
              <w:lastRenderedPageBreak/>
              <w:t>10:30 AM–12:00 PM</w:t>
            </w:r>
          </w:p>
        </w:tc>
        <w:tc>
          <w:tcPr>
            <w:tcW w:w="5050" w:type="dxa"/>
            <w:shd w:val="clear" w:color="auto" w:fill="F7F0D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52CC18F" w14:textId="77777777" w:rsidR="009C20F1" w:rsidRPr="007306FF" w:rsidRDefault="003C024A">
            <w:pPr>
              <w:spacing w:after="0" w:line="240" w:lineRule="auto"/>
              <w:rPr>
                <w:lang w:val="es-CO"/>
              </w:rPr>
            </w:pPr>
            <w:r w:rsidRPr="007306FF">
              <w:rPr>
                <w:b/>
                <w:sz w:val="18"/>
                <w:lang w:val="es-CO"/>
              </w:rPr>
              <w:t>Examen de conciencia, seguido por el Sacramento de la Reconciliación</w:t>
            </w:r>
          </w:p>
        </w:tc>
        <w:tc>
          <w:tcPr>
            <w:tcW w:w="2500" w:type="dxa"/>
            <w:shd w:val="clear" w:color="auto" w:fill="F7F0D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10A860E" w14:textId="77777777" w:rsidR="009C20F1" w:rsidRDefault="003C024A">
            <w:pPr>
              <w:spacing w:after="0" w:line="240" w:lineRule="auto"/>
              <w:jc w:val="center"/>
            </w:pPr>
            <w:proofErr w:type="spellStart"/>
            <w:r>
              <w:rPr>
                <w:b/>
                <w:color w:val="183A5A"/>
                <w:sz w:val="18"/>
              </w:rPr>
              <w:t>Lugares</w:t>
            </w:r>
            <w:proofErr w:type="spellEnd"/>
            <w:r>
              <w:rPr>
                <w:b/>
                <w:color w:val="183A5A"/>
                <w:sz w:val="18"/>
              </w:rPr>
              <w:t xml:space="preserve"> </w:t>
            </w:r>
            <w:proofErr w:type="spellStart"/>
            <w:r>
              <w:rPr>
                <w:b/>
                <w:color w:val="183A5A"/>
                <w:sz w:val="18"/>
              </w:rPr>
              <w:t>por</w:t>
            </w:r>
            <w:proofErr w:type="spellEnd"/>
            <w:r>
              <w:rPr>
                <w:b/>
                <w:color w:val="183A5A"/>
                <w:sz w:val="18"/>
              </w:rPr>
              <w:t xml:space="preserve"> </w:t>
            </w:r>
            <w:proofErr w:type="spellStart"/>
            <w:r>
              <w:rPr>
                <w:b/>
                <w:color w:val="183A5A"/>
                <w:sz w:val="18"/>
              </w:rPr>
              <w:t>confirmar</w:t>
            </w:r>
            <w:proofErr w:type="spellEnd"/>
          </w:p>
        </w:tc>
      </w:tr>
      <w:tr w:rsidR="009C20F1" w14:paraId="69487DD7" w14:textId="77777777" w:rsidTr="003C024A">
        <w:trPr>
          <w:jc w:val="center"/>
        </w:trPr>
        <w:tc>
          <w:tcPr>
            <w:tcW w:w="14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A3F58CE" w14:textId="77777777" w:rsidR="009C20F1" w:rsidRDefault="003C024A">
            <w:pPr>
              <w:spacing w:after="0" w:line="240" w:lineRule="auto"/>
              <w:jc w:val="center"/>
            </w:pPr>
            <w:r>
              <w:rPr>
                <w:b/>
                <w:color w:val="183A5A"/>
                <w:sz w:val="18"/>
              </w:rPr>
              <w:t>12:15 PM</w:t>
            </w:r>
          </w:p>
        </w:tc>
        <w:tc>
          <w:tcPr>
            <w:tcW w:w="50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B3E8777" w14:textId="25EDD2D1" w:rsidR="009C20F1" w:rsidRPr="007306FF" w:rsidRDefault="003C024A">
            <w:pPr>
              <w:spacing w:after="0" w:line="240" w:lineRule="auto"/>
              <w:rPr>
                <w:lang w:val="es-CO"/>
              </w:rPr>
            </w:pPr>
            <w:r w:rsidRPr="007306FF">
              <w:rPr>
                <w:sz w:val="18"/>
                <w:lang w:val="es-CO"/>
              </w:rPr>
              <w:t xml:space="preserve">Ángelus y </w:t>
            </w:r>
            <w:r w:rsidR="00EB06A3" w:rsidRPr="00EB06A3">
              <w:rPr>
                <w:b/>
                <w:bCs/>
                <w:sz w:val="18"/>
                <w:lang w:val="es-CO"/>
              </w:rPr>
              <w:t>ALMUERZO</w:t>
            </w:r>
            <w:r w:rsidR="00EB06A3">
              <w:rPr>
                <w:sz w:val="18"/>
                <w:lang w:val="es-CO"/>
              </w:rPr>
              <w:t xml:space="preserve"> </w:t>
            </w:r>
            <w:proofErr w:type="gramStart"/>
            <w:r w:rsidR="00EB06A3">
              <w:rPr>
                <w:sz w:val="18"/>
                <w:lang w:val="es-CO"/>
              </w:rPr>
              <w:t xml:space="preserve">- </w:t>
            </w:r>
            <w:r w:rsidRPr="007306FF">
              <w:rPr>
                <w:sz w:val="18"/>
                <w:lang w:val="es-CO"/>
              </w:rPr>
              <w:t xml:space="preserve"> lecturas</w:t>
            </w:r>
            <w:proofErr w:type="gramEnd"/>
          </w:p>
        </w:tc>
        <w:tc>
          <w:tcPr>
            <w:tcW w:w="2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8DFB5A6" w14:textId="77777777" w:rsidR="009C20F1" w:rsidRDefault="003C024A">
            <w:pPr>
              <w:spacing w:after="0" w:line="240" w:lineRule="auto"/>
              <w:jc w:val="center"/>
            </w:pPr>
            <w:proofErr w:type="spellStart"/>
            <w:r>
              <w:rPr>
                <w:color w:val="183A5A"/>
                <w:sz w:val="18"/>
              </w:rPr>
              <w:t>Comedor</w:t>
            </w:r>
            <w:proofErr w:type="spellEnd"/>
          </w:p>
        </w:tc>
      </w:tr>
      <w:tr w:rsidR="009C20F1" w14:paraId="1BCB0431" w14:textId="77777777" w:rsidTr="003C024A">
        <w:trPr>
          <w:jc w:val="center"/>
        </w:trPr>
        <w:tc>
          <w:tcPr>
            <w:tcW w:w="1450" w:type="dxa"/>
            <w:shd w:val="clear" w:color="auto" w:fill="F7F0D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D108776" w14:textId="77777777" w:rsidR="009C20F1" w:rsidRDefault="003C024A">
            <w:pPr>
              <w:spacing w:after="0" w:line="240" w:lineRule="auto"/>
              <w:jc w:val="center"/>
            </w:pPr>
            <w:r>
              <w:rPr>
                <w:b/>
                <w:color w:val="183A5A"/>
                <w:sz w:val="18"/>
              </w:rPr>
              <w:t>1:00–2:00 PM</w:t>
            </w:r>
          </w:p>
        </w:tc>
        <w:tc>
          <w:tcPr>
            <w:tcW w:w="5050" w:type="dxa"/>
            <w:shd w:val="clear" w:color="auto" w:fill="F7F0D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E2971FE" w14:textId="77777777" w:rsidR="009C20F1" w:rsidRPr="007306FF" w:rsidRDefault="003C024A" w:rsidP="00F226ED">
            <w:pPr>
              <w:spacing w:after="0" w:line="240" w:lineRule="auto"/>
              <w:jc w:val="center"/>
              <w:rPr>
                <w:lang w:val="es-CO"/>
              </w:rPr>
            </w:pPr>
            <w:r w:rsidRPr="007306FF">
              <w:rPr>
                <w:b/>
                <w:sz w:val="18"/>
                <w:lang w:val="es-CO"/>
              </w:rPr>
              <w:t>Sacramento de la Reconciliación, si es necesario. No habrá confesiones después de las 2:00 PM.</w:t>
            </w:r>
          </w:p>
        </w:tc>
        <w:tc>
          <w:tcPr>
            <w:tcW w:w="2500" w:type="dxa"/>
            <w:shd w:val="clear" w:color="auto" w:fill="F7F0D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706D2A0" w14:textId="77777777" w:rsidR="009C20F1" w:rsidRDefault="003C024A">
            <w:pPr>
              <w:spacing w:after="0" w:line="240" w:lineRule="auto"/>
              <w:jc w:val="center"/>
            </w:pPr>
            <w:proofErr w:type="spellStart"/>
            <w:r>
              <w:rPr>
                <w:b/>
                <w:color w:val="183A5A"/>
                <w:sz w:val="18"/>
              </w:rPr>
              <w:t>Lugares</w:t>
            </w:r>
            <w:proofErr w:type="spellEnd"/>
            <w:r>
              <w:rPr>
                <w:b/>
                <w:color w:val="183A5A"/>
                <w:sz w:val="18"/>
              </w:rPr>
              <w:t xml:space="preserve"> </w:t>
            </w:r>
            <w:proofErr w:type="spellStart"/>
            <w:r>
              <w:rPr>
                <w:b/>
                <w:color w:val="183A5A"/>
                <w:sz w:val="18"/>
              </w:rPr>
              <w:t>por</w:t>
            </w:r>
            <w:proofErr w:type="spellEnd"/>
            <w:r>
              <w:rPr>
                <w:b/>
                <w:color w:val="183A5A"/>
                <w:sz w:val="18"/>
              </w:rPr>
              <w:t xml:space="preserve"> </w:t>
            </w:r>
            <w:proofErr w:type="spellStart"/>
            <w:r>
              <w:rPr>
                <w:b/>
                <w:color w:val="183A5A"/>
                <w:sz w:val="18"/>
              </w:rPr>
              <w:t>confirmar</w:t>
            </w:r>
            <w:proofErr w:type="spellEnd"/>
          </w:p>
        </w:tc>
      </w:tr>
      <w:tr w:rsidR="009C20F1" w14:paraId="0474BF6B" w14:textId="77777777" w:rsidTr="003C024A">
        <w:trPr>
          <w:jc w:val="center"/>
        </w:trPr>
        <w:tc>
          <w:tcPr>
            <w:tcW w:w="14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66C8AE4" w14:textId="77777777" w:rsidR="009C20F1" w:rsidRDefault="003C024A">
            <w:pPr>
              <w:spacing w:after="0" w:line="240" w:lineRule="auto"/>
              <w:jc w:val="center"/>
            </w:pPr>
            <w:r>
              <w:rPr>
                <w:b/>
                <w:color w:val="183A5A"/>
                <w:sz w:val="18"/>
              </w:rPr>
              <w:t>1:00–1:30 PM</w:t>
            </w:r>
          </w:p>
        </w:tc>
        <w:tc>
          <w:tcPr>
            <w:tcW w:w="50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D19246C" w14:textId="798B3D4F" w:rsidR="009C20F1" w:rsidRDefault="003C024A">
            <w:pPr>
              <w:spacing w:after="0" w:line="240" w:lineRule="auto"/>
            </w:pPr>
            <w:r>
              <w:rPr>
                <w:sz w:val="18"/>
              </w:rPr>
              <w:t xml:space="preserve">Vía Crucis </w:t>
            </w:r>
            <w:r w:rsidR="00423979">
              <w:rPr>
                <w:sz w:val="18"/>
              </w:rPr>
              <w:t>(</w:t>
            </w:r>
            <w:proofErr w:type="spellStart"/>
            <w:r w:rsidR="00423979">
              <w:rPr>
                <w:sz w:val="18"/>
              </w:rPr>
              <w:t>adultos</w:t>
            </w:r>
            <w:proofErr w:type="spellEnd"/>
            <w:r w:rsidR="00423979">
              <w:rPr>
                <w:sz w:val="18"/>
              </w:rPr>
              <w:t xml:space="preserve">) </w:t>
            </w:r>
            <w:r w:rsidR="00FA72F6">
              <w:rPr>
                <w:sz w:val="18"/>
              </w:rPr>
              <w:t xml:space="preserve">- </w:t>
            </w:r>
            <w:proofErr w:type="spellStart"/>
            <w:r>
              <w:rPr>
                <w:sz w:val="18"/>
              </w:rPr>
              <w:t>opcional</w:t>
            </w:r>
            <w:proofErr w:type="spellEnd"/>
          </w:p>
        </w:tc>
        <w:tc>
          <w:tcPr>
            <w:tcW w:w="2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89703AC" w14:textId="082B5651" w:rsidR="009C20F1" w:rsidRDefault="00FA72F6">
            <w:pPr>
              <w:spacing w:after="0" w:line="240" w:lineRule="auto"/>
              <w:jc w:val="center"/>
            </w:pPr>
            <w:proofErr w:type="spellStart"/>
            <w:r>
              <w:rPr>
                <w:color w:val="183A5A"/>
                <w:sz w:val="18"/>
              </w:rPr>
              <w:t>Terrenos</w:t>
            </w:r>
            <w:proofErr w:type="spellEnd"/>
            <w:r>
              <w:rPr>
                <w:color w:val="183A5A"/>
                <w:sz w:val="18"/>
              </w:rPr>
              <w:t xml:space="preserve"> del </w:t>
            </w:r>
            <w:proofErr w:type="spellStart"/>
            <w:r>
              <w:rPr>
                <w:color w:val="183A5A"/>
                <w:sz w:val="18"/>
              </w:rPr>
              <w:t>retiro</w:t>
            </w:r>
            <w:proofErr w:type="spellEnd"/>
          </w:p>
        </w:tc>
      </w:tr>
      <w:tr w:rsidR="009C20F1" w14:paraId="611B3A4F" w14:textId="77777777" w:rsidTr="003C024A">
        <w:trPr>
          <w:jc w:val="center"/>
        </w:trPr>
        <w:tc>
          <w:tcPr>
            <w:tcW w:w="1450" w:type="dxa"/>
            <w:shd w:val="clear" w:color="auto" w:fill="F7FAF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DE02EDC" w14:textId="77777777" w:rsidR="009C20F1" w:rsidRDefault="003C024A">
            <w:pPr>
              <w:spacing w:after="0" w:line="240" w:lineRule="auto"/>
              <w:jc w:val="center"/>
            </w:pPr>
            <w:r>
              <w:rPr>
                <w:b/>
                <w:color w:val="183A5A"/>
                <w:sz w:val="18"/>
              </w:rPr>
              <w:t>1:00–1:30 PM</w:t>
            </w:r>
          </w:p>
        </w:tc>
        <w:tc>
          <w:tcPr>
            <w:tcW w:w="5050" w:type="dxa"/>
            <w:shd w:val="clear" w:color="auto" w:fill="F7FAF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C72703B" w14:textId="67D66F64" w:rsidR="009C20F1" w:rsidRPr="007306FF" w:rsidRDefault="003C024A">
            <w:pPr>
              <w:spacing w:after="0" w:line="240" w:lineRule="auto"/>
              <w:rPr>
                <w:lang w:val="es-CO"/>
              </w:rPr>
            </w:pPr>
            <w:r w:rsidRPr="00423979">
              <w:rPr>
                <w:b/>
                <w:bCs/>
                <w:sz w:val="18"/>
                <w:lang w:val="es-CO"/>
              </w:rPr>
              <w:t xml:space="preserve">Solo para jóvenes </w:t>
            </w:r>
            <w:r w:rsidR="00EC4020">
              <w:rPr>
                <w:b/>
                <w:bCs/>
                <w:sz w:val="18"/>
                <w:lang w:val="es-CO"/>
              </w:rPr>
              <w:t xml:space="preserve">(juniors) </w:t>
            </w:r>
            <w:r w:rsidRPr="00423979">
              <w:rPr>
                <w:b/>
                <w:bCs/>
                <w:sz w:val="18"/>
                <w:lang w:val="es-CO"/>
              </w:rPr>
              <w:t>y chaperones</w:t>
            </w:r>
            <w:r w:rsidRPr="007306FF">
              <w:rPr>
                <w:sz w:val="18"/>
                <w:lang w:val="es-CO"/>
              </w:rPr>
              <w:t>: presentación sobre San Carlo Acutis por Mary Bea Damico</w:t>
            </w:r>
          </w:p>
        </w:tc>
        <w:tc>
          <w:tcPr>
            <w:tcW w:w="2500" w:type="dxa"/>
            <w:shd w:val="clear" w:color="auto" w:fill="F7FAF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D487E1E" w14:textId="77777777" w:rsidR="009C20F1" w:rsidRDefault="003C024A">
            <w:pPr>
              <w:spacing w:after="0" w:line="240" w:lineRule="auto"/>
              <w:jc w:val="center"/>
            </w:pPr>
            <w:r>
              <w:rPr>
                <w:color w:val="183A5A"/>
                <w:sz w:val="18"/>
              </w:rPr>
              <w:t xml:space="preserve">Lower </w:t>
            </w:r>
            <w:proofErr w:type="spellStart"/>
            <w:r>
              <w:rPr>
                <w:color w:val="183A5A"/>
                <w:sz w:val="18"/>
              </w:rPr>
              <w:t>McShain</w:t>
            </w:r>
            <w:proofErr w:type="spellEnd"/>
          </w:p>
        </w:tc>
      </w:tr>
      <w:tr w:rsidR="009C20F1" w14:paraId="497E19BC" w14:textId="77777777" w:rsidTr="003C024A">
        <w:trPr>
          <w:jc w:val="center"/>
        </w:trPr>
        <w:tc>
          <w:tcPr>
            <w:tcW w:w="14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C98DAD0" w14:textId="77777777" w:rsidR="009C20F1" w:rsidRDefault="003C024A">
            <w:pPr>
              <w:spacing w:after="0" w:line="240" w:lineRule="auto"/>
              <w:jc w:val="center"/>
            </w:pPr>
            <w:r>
              <w:rPr>
                <w:b/>
                <w:color w:val="183A5A"/>
                <w:sz w:val="18"/>
              </w:rPr>
              <w:t>2:15–2:45 PM</w:t>
            </w:r>
          </w:p>
        </w:tc>
        <w:tc>
          <w:tcPr>
            <w:tcW w:w="50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F0F4FE7" w14:textId="3F31A43F" w:rsidR="009C20F1" w:rsidRPr="007306FF" w:rsidRDefault="003C024A">
            <w:pPr>
              <w:spacing w:after="0" w:line="240" w:lineRule="auto"/>
              <w:rPr>
                <w:lang w:val="es-CO"/>
              </w:rPr>
            </w:pPr>
            <w:r w:rsidRPr="007306FF">
              <w:rPr>
                <w:sz w:val="18"/>
                <w:lang w:val="es-CO"/>
              </w:rPr>
              <w:t xml:space="preserve">Presentación </w:t>
            </w:r>
            <w:r w:rsidR="00311941">
              <w:rPr>
                <w:sz w:val="18"/>
                <w:lang w:val="es-CO"/>
              </w:rPr>
              <w:t xml:space="preserve">traducida al </w:t>
            </w:r>
            <w:r w:rsidRPr="007306FF">
              <w:rPr>
                <w:sz w:val="18"/>
                <w:lang w:val="es-CO"/>
              </w:rPr>
              <w:t>español: San Carlo Acutis</w:t>
            </w:r>
            <w:r w:rsidR="00311941">
              <w:rPr>
                <w:sz w:val="18"/>
                <w:lang w:val="es-CO"/>
              </w:rPr>
              <w:t xml:space="preserve"> – Opcional </w:t>
            </w:r>
          </w:p>
        </w:tc>
        <w:tc>
          <w:tcPr>
            <w:tcW w:w="2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97931F3" w14:textId="77777777" w:rsidR="009C20F1" w:rsidRDefault="003C024A">
            <w:pPr>
              <w:spacing w:after="0" w:line="240" w:lineRule="auto"/>
              <w:jc w:val="center"/>
            </w:pPr>
            <w:r>
              <w:rPr>
                <w:color w:val="183A5A"/>
                <w:sz w:val="18"/>
              </w:rPr>
              <w:t xml:space="preserve">Lower </w:t>
            </w:r>
            <w:proofErr w:type="spellStart"/>
            <w:r>
              <w:rPr>
                <w:color w:val="183A5A"/>
                <w:sz w:val="18"/>
              </w:rPr>
              <w:t>McShain</w:t>
            </w:r>
            <w:proofErr w:type="spellEnd"/>
          </w:p>
        </w:tc>
      </w:tr>
      <w:tr w:rsidR="009C20F1" w14:paraId="562419A0" w14:textId="77777777" w:rsidTr="003C024A">
        <w:trPr>
          <w:jc w:val="center"/>
        </w:trPr>
        <w:tc>
          <w:tcPr>
            <w:tcW w:w="1450" w:type="dxa"/>
            <w:shd w:val="clear" w:color="auto" w:fill="F7FAF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5AE0EB4" w14:textId="77777777" w:rsidR="009C20F1" w:rsidRDefault="003C024A">
            <w:pPr>
              <w:spacing w:after="0" w:line="240" w:lineRule="auto"/>
              <w:jc w:val="center"/>
            </w:pPr>
            <w:r>
              <w:rPr>
                <w:b/>
                <w:color w:val="183A5A"/>
                <w:sz w:val="18"/>
              </w:rPr>
              <w:t>1:00–3:00 PM</w:t>
            </w:r>
          </w:p>
        </w:tc>
        <w:tc>
          <w:tcPr>
            <w:tcW w:w="5050" w:type="dxa"/>
            <w:shd w:val="clear" w:color="auto" w:fill="F7FAF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176B4DC" w14:textId="77777777" w:rsidR="009C20F1" w:rsidRPr="007306FF" w:rsidRDefault="003C024A" w:rsidP="00F429B9">
            <w:pPr>
              <w:spacing w:after="0" w:line="240" w:lineRule="auto"/>
              <w:jc w:val="center"/>
              <w:rPr>
                <w:lang w:val="es-CO"/>
              </w:rPr>
            </w:pPr>
            <w:r w:rsidRPr="007306FF">
              <w:rPr>
                <w:sz w:val="18"/>
                <w:lang w:val="es-CO"/>
              </w:rPr>
              <w:t>Tiempo libre para oración, meditación, Vía Crucis o visita a los santuarios</w:t>
            </w:r>
          </w:p>
        </w:tc>
        <w:tc>
          <w:tcPr>
            <w:tcW w:w="2500" w:type="dxa"/>
            <w:shd w:val="clear" w:color="auto" w:fill="F7FAF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2050881" w14:textId="77777777" w:rsidR="009C20F1" w:rsidRDefault="003C024A">
            <w:pPr>
              <w:spacing w:after="0" w:line="240" w:lineRule="auto"/>
              <w:jc w:val="center"/>
            </w:pPr>
            <w:proofErr w:type="spellStart"/>
            <w:r>
              <w:rPr>
                <w:color w:val="183A5A"/>
                <w:sz w:val="18"/>
              </w:rPr>
              <w:t>Terrenos</w:t>
            </w:r>
            <w:proofErr w:type="spellEnd"/>
            <w:r>
              <w:rPr>
                <w:color w:val="183A5A"/>
                <w:sz w:val="18"/>
              </w:rPr>
              <w:t xml:space="preserve"> del </w:t>
            </w:r>
            <w:proofErr w:type="spellStart"/>
            <w:r>
              <w:rPr>
                <w:color w:val="183A5A"/>
                <w:sz w:val="18"/>
              </w:rPr>
              <w:t>retiro</w:t>
            </w:r>
            <w:proofErr w:type="spellEnd"/>
          </w:p>
        </w:tc>
      </w:tr>
      <w:tr w:rsidR="009C20F1" w14:paraId="048A0212" w14:textId="77777777" w:rsidTr="003C024A">
        <w:trPr>
          <w:jc w:val="center"/>
        </w:trPr>
        <w:tc>
          <w:tcPr>
            <w:tcW w:w="1450" w:type="dxa"/>
            <w:shd w:val="clear" w:color="auto" w:fill="F7F0D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1F7EF7C" w14:textId="77777777" w:rsidR="009C20F1" w:rsidRDefault="003C024A">
            <w:pPr>
              <w:spacing w:after="0" w:line="240" w:lineRule="auto"/>
              <w:jc w:val="center"/>
            </w:pPr>
            <w:r>
              <w:rPr>
                <w:b/>
                <w:color w:val="183A5A"/>
                <w:sz w:val="18"/>
              </w:rPr>
              <w:t>3:00 PM</w:t>
            </w:r>
          </w:p>
        </w:tc>
        <w:tc>
          <w:tcPr>
            <w:tcW w:w="5050" w:type="dxa"/>
            <w:shd w:val="clear" w:color="auto" w:fill="F7F0D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992B0B1" w14:textId="77777777" w:rsidR="00F429B9" w:rsidRDefault="003C024A">
            <w:pPr>
              <w:spacing w:after="0" w:line="240" w:lineRule="auto"/>
              <w:rPr>
                <w:b/>
                <w:sz w:val="18"/>
                <w:lang w:val="es-CO"/>
              </w:rPr>
            </w:pPr>
            <w:r w:rsidRPr="007306FF">
              <w:rPr>
                <w:b/>
                <w:sz w:val="18"/>
                <w:lang w:val="es-CO"/>
              </w:rPr>
              <w:t xml:space="preserve">Celebración de la Santa Eucaristía; </w:t>
            </w:r>
          </w:p>
          <w:p w14:paraId="5FAB3226" w14:textId="55293993" w:rsidR="009C20F1" w:rsidRPr="007306FF" w:rsidRDefault="003C024A">
            <w:pPr>
              <w:spacing w:after="0" w:line="240" w:lineRule="auto"/>
              <w:rPr>
                <w:lang w:val="es-CO"/>
              </w:rPr>
            </w:pPr>
            <w:r w:rsidRPr="007306FF">
              <w:rPr>
                <w:b/>
                <w:sz w:val="18"/>
                <w:lang w:val="es-CO"/>
              </w:rPr>
              <w:t>no habrá Adoración privada durante la Misa</w:t>
            </w:r>
          </w:p>
        </w:tc>
        <w:tc>
          <w:tcPr>
            <w:tcW w:w="2500" w:type="dxa"/>
            <w:shd w:val="clear" w:color="auto" w:fill="F7F0D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5AFCE4C" w14:textId="77777777" w:rsidR="009C20F1" w:rsidRDefault="003C024A">
            <w:pPr>
              <w:spacing w:after="0" w:line="240" w:lineRule="auto"/>
              <w:jc w:val="center"/>
            </w:pPr>
            <w:r>
              <w:rPr>
                <w:b/>
                <w:color w:val="183A5A"/>
                <w:sz w:val="18"/>
              </w:rPr>
              <w:t>Capilla</w:t>
            </w:r>
          </w:p>
        </w:tc>
      </w:tr>
      <w:tr w:rsidR="009C20F1" w14:paraId="50FE46FA" w14:textId="77777777" w:rsidTr="003C024A">
        <w:trPr>
          <w:jc w:val="center"/>
        </w:trPr>
        <w:tc>
          <w:tcPr>
            <w:tcW w:w="1450" w:type="dxa"/>
            <w:shd w:val="clear" w:color="auto" w:fill="F7F0D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D7E1274" w14:textId="77777777" w:rsidR="009C20F1" w:rsidRDefault="003C024A">
            <w:pPr>
              <w:spacing w:after="0" w:line="240" w:lineRule="auto"/>
              <w:jc w:val="center"/>
            </w:pPr>
            <w:r>
              <w:rPr>
                <w:b/>
                <w:color w:val="183A5A"/>
                <w:sz w:val="18"/>
              </w:rPr>
              <w:t>4:00–4:45 PM</w:t>
            </w:r>
          </w:p>
        </w:tc>
        <w:tc>
          <w:tcPr>
            <w:tcW w:w="5050" w:type="dxa"/>
            <w:shd w:val="clear" w:color="auto" w:fill="F7F0D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896C289" w14:textId="14BF8820" w:rsidR="009C20F1" w:rsidRDefault="003C024A">
            <w:pPr>
              <w:spacing w:after="0" w:line="240" w:lineRule="auto"/>
            </w:pPr>
            <w:r>
              <w:rPr>
                <w:b/>
                <w:sz w:val="18"/>
              </w:rPr>
              <w:t xml:space="preserve">Catena y </w:t>
            </w:r>
            <w:r w:rsidRPr="00F429B9">
              <w:rPr>
                <w:b/>
                <w:color w:val="EE0000"/>
                <w:sz w:val="18"/>
              </w:rPr>
              <w:t>T</w:t>
            </w:r>
            <w:r w:rsidR="00F429B9">
              <w:rPr>
                <w:b/>
                <w:color w:val="EE0000"/>
                <w:sz w:val="18"/>
              </w:rPr>
              <w:t>ERCERA</w:t>
            </w:r>
            <w:r w:rsidRPr="00F429B9">
              <w:rPr>
                <w:b/>
                <w:color w:val="EE0000"/>
                <w:sz w:val="18"/>
              </w:rPr>
              <w:t xml:space="preserve"> Conferencia</w:t>
            </w:r>
          </w:p>
        </w:tc>
        <w:tc>
          <w:tcPr>
            <w:tcW w:w="2500" w:type="dxa"/>
            <w:shd w:val="clear" w:color="auto" w:fill="F7F0D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AB1C5CE" w14:textId="77777777" w:rsidR="009C20F1" w:rsidRDefault="003C024A">
            <w:pPr>
              <w:spacing w:after="0" w:line="240" w:lineRule="auto"/>
              <w:jc w:val="center"/>
            </w:pPr>
            <w:r>
              <w:rPr>
                <w:b/>
                <w:color w:val="183A5A"/>
                <w:sz w:val="18"/>
              </w:rPr>
              <w:t>Capilla</w:t>
            </w:r>
          </w:p>
        </w:tc>
      </w:tr>
      <w:tr w:rsidR="009C20F1" w14:paraId="6514C6A7" w14:textId="77777777" w:rsidTr="003C024A">
        <w:trPr>
          <w:jc w:val="center"/>
        </w:trPr>
        <w:tc>
          <w:tcPr>
            <w:tcW w:w="14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5F5C82D" w14:textId="77777777" w:rsidR="009C20F1" w:rsidRDefault="003C024A">
            <w:pPr>
              <w:spacing w:after="0" w:line="240" w:lineRule="auto"/>
              <w:jc w:val="center"/>
            </w:pPr>
            <w:r>
              <w:rPr>
                <w:b/>
                <w:color w:val="183A5A"/>
                <w:sz w:val="18"/>
              </w:rPr>
              <w:t>5:45 PM</w:t>
            </w:r>
          </w:p>
        </w:tc>
        <w:tc>
          <w:tcPr>
            <w:tcW w:w="50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10D3AA5" w14:textId="1263260E" w:rsidR="009C20F1" w:rsidRPr="007306FF" w:rsidRDefault="003C024A">
            <w:pPr>
              <w:spacing w:after="0" w:line="240" w:lineRule="auto"/>
              <w:rPr>
                <w:lang w:val="es-CO"/>
              </w:rPr>
            </w:pPr>
            <w:r w:rsidRPr="007306FF">
              <w:rPr>
                <w:sz w:val="18"/>
                <w:lang w:val="es-CO"/>
              </w:rPr>
              <w:t xml:space="preserve">Ángelus, </w:t>
            </w:r>
            <w:r w:rsidR="007162EC" w:rsidRPr="00687922">
              <w:rPr>
                <w:b/>
                <w:bCs/>
                <w:sz w:val="18"/>
                <w:lang w:val="es-CO"/>
              </w:rPr>
              <w:t>CENA</w:t>
            </w:r>
            <w:r w:rsidRPr="007306FF">
              <w:rPr>
                <w:sz w:val="18"/>
                <w:lang w:val="es-CO"/>
              </w:rPr>
              <w:t xml:space="preserve"> </w:t>
            </w:r>
            <w:r w:rsidR="00687922">
              <w:rPr>
                <w:sz w:val="18"/>
                <w:lang w:val="es-CO"/>
              </w:rPr>
              <w:t xml:space="preserve">- </w:t>
            </w:r>
            <w:r w:rsidRPr="007306FF">
              <w:rPr>
                <w:sz w:val="18"/>
                <w:lang w:val="es-CO"/>
              </w:rPr>
              <w:t>lecturas y reconocimientos</w:t>
            </w:r>
          </w:p>
        </w:tc>
        <w:tc>
          <w:tcPr>
            <w:tcW w:w="2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38F8CAD" w14:textId="77777777" w:rsidR="009C20F1" w:rsidRDefault="003C024A">
            <w:pPr>
              <w:spacing w:after="0" w:line="240" w:lineRule="auto"/>
              <w:jc w:val="center"/>
            </w:pPr>
            <w:proofErr w:type="spellStart"/>
            <w:r>
              <w:rPr>
                <w:color w:val="183A5A"/>
                <w:sz w:val="18"/>
              </w:rPr>
              <w:t>Comedor</w:t>
            </w:r>
            <w:proofErr w:type="spellEnd"/>
          </w:p>
        </w:tc>
      </w:tr>
      <w:tr w:rsidR="009C20F1" w14:paraId="0E6A50EF" w14:textId="77777777" w:rsidTr="003C024A">
        <w:trPr>
          <w:jc w:val="center"/>
        </w:trPr>
        <w:tc>
          <w:tcPr>
            <w:tcW w:w="1450" w:type="dxa"/>
            <w:shd w:val="clear" w:color="auto" w:fill="F7F0D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915D925" w14:textId="77777777" w:rsidR="009C20F1" w:rsidRDefault="003C024A">
            <w:pPr>
              <w:spacing w:after="0" w:line="240" w:lineRule="auto"/>
              <w:jc w:val="center"/>
            </w:pPr>
            <w:r>
              <w:rPr>
                <w:b/>
                <w:color w:val="183A5A"/>
                <w:sz w:val="18"/>
              </w:rPr>
              <w:t>7:30–8:00 PM</w:t>
            </w:r>
          </w:p>
        </w:tc>
        <w:tc>
          <w:tcPr>
            <w:tcW w:w="5050" w:type="dxa"/>
            <w:shd w:val="clear" w:color="auto" w:fill="F7F0D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638508A" w14:textId="0C3323F6" w:rsidR="009C20F1" w:rsidRPr="007306FF" w:rsidRDefault="003C024A">
            <w:pPr>
              <w:spacing w:after="0" w:line="240" w:lineRule="auto"/>
              <w:rPr>
                <w:lang w:val="es-CO"/>
              </w:rPr>
            </w:pPr>
            <w:r w:rsidRPr="007306FF">
              <w:rPr>
                <w:b/>
                <w:sz w:val="18"/>
                <w:lang w:val="es-CO"/>
              </w:rPr>
              <w:t>Inducción de quienes participan por primera vez</w:t>
            </w:r>
            <w:r w:rsidR="00C173CC">
              <w:rPr>
                <w:b/>
                <w:sz w:val="18"/>
                <w:lang w:val="es-CO"/>
              </w:rPr>
              <w:t xml:space="preserve"> en el retiro</w:t>
            </w:r>
            <w:r w:rsidRPr="007306FF">
              <w:rPr>
                <w:b/>
                <w:sz w:val="18"/>
                <w:lang w:val="es-CO"/>
              </w:rPr>
              <w:t>; todos están invitados a brindar su apoyo</w:t>
            </w:r>
          </w:p>
        </w:tc>
        <w:tc>
          <w:tcPr>
            <w:tcW w:w="2500" w:type="dxa"/>
            <w:shd w:val="clear" w:color="auto" w:fill="F7F0D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976676B" w14:textId="77777777" w:rsidR="009C20F1" w:rsidRDefault="003C024A">
            <w:pPr>
              <w:spacing w:after="0" w:line="240" w:lineRule="auto"/>
              <w:jc w:val="center"/>
            </w:pPr>
            <w:r>
              <w:rPr>
                <w:b/>
                <w:color w:val="183A5A"/>
                <w:sz w:val="18"/>
              </w:rPr>
              <w:t>Capilla</w:t>
            </w:r>
          </w:p>
        </w:tc>
      </w:tr>
      <w:tr w:rsidR="009C20F1" w14:paraId="69262726" w14:textId="77777777" w:rsidTr="003C024A">
        <w:trPr>
          <w:jc w:val="center"/>
        </w:trPr>
        <w:tc>
          <w:tcPr>
            <w:tcW w:w="1450" w:type="dxa"/>
            <w:shd w:val="clear" w:color="auto" w:fill="F7F0D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FAFAB3B" w14:textId="77777777" w:rsidR="009C20F1" w:rsidRDefault="003C024A">
            <w:pPr>
              <w:spacing w:after="0" w:line="240" w:lineRule="auto"/>
              <w:jc w:val="center"/>
            </w:pPr>
            <w:r>
              <w:rPr>
                <w:b/>
                <w:color w:val="183A5A"/>
                <w:sz w:val="18"/>
              </w:rPr>
              <w:t>8:00 PM</w:t>
            </w:r>
          </w:p>
        </w:tc>
        <w:tc>
          <w:tcPr>
            <w:tcW w:w="5050" w:type="dxa"/>
            <w:shd w:val="clear" w:color="auto" w:fill="F7F0D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148B812" w14:textId="77777777" w:rsidR="009C20F1" w:rsidRPr="007306FF" w:rsidRDefault="003C024A">
            <w:pPr>
              <w:spacing w:after="0" w:line="240" w:lineRule="auto"/>
              <w:rPr>
                <w:lang w:val="es-CO"/>
              </w:rPr>
            </w:pPr>
            <w:r w:rsidRPr="007306FF">
              <w:rPr>
                <w:b/>
                <w:sz w:val="18"/>
                <w:lang w:val="es-CO"/>
              </w:rPr>
              <w:t>Hora Santa y Bendición con el Santísimo, oración de la noche y oraciones finales de la Legión</w:t>
            </w:r>
          </w:p>
        </w:tc>
        <w:tc>
          <w:tcPr>
            <w:tcW w:w="2500" w:type="dxa"/>
            <w:shd w:val="clear" w:color="auto" w:fill="F7F0D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DCA68E0" w14:textId="77777777" w:rsidR="009C20F1" w:rsidRDefault="003C024A">
            <w:pPr>
              <w:spacing w:after="0" w:line="240" w:lineRule="auto"/>
              <w:jc w:val="center"/>
            </w:pPr>
            <w:r>
              <w:rPr>
                <w:b/>
                <w:color w:val="183A5A"/>
                <w:sz w:val="18"/>
              </w:rPr>
              <w:t>Capilla</w:t>
            </w:r>
          </w:p>
        </w:tc>
      </w:tr>
      <w:tr w:rsidR="00912E5E" w14:paraId="72236D65" w14:textId="77777777" w:rsidTr="003C024A">
        <w:trPr>
          <w:jc w:val="center"/>
        </w:trPr>
        <w:tc>
          <w:tcPr>
            <w:tcW w:w="14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8D36EBD" w14:textId="0C07E6BD" w:rsidR="00912E5E" w:rsidRDefault="00912E5E" w:rsidP="00912E5E">
            <w:pPr>
              <w:spacing w:after="0" w:line="240" w:lineRule="auto"/>
              <w:jc w:val="center"/>
              <w:rPr>
                <w:b/>
                <w:color w:val="183A5A"/>
                <w:sz w:val="18"/>
              </w:rPr>
            </w:pPr>
            <w:r>
              <w:rPr>
                <w:b/>
                <w:color w:val="183A5A"/>
                <w:sz w:val="18"/>
              </w:rPr>
              <w:t>10:00 PM</w:t>
            </w:r>
          </w:p>
        </w:tc>
        <w:tc>
          <w:tcPr>
            <w:tcW w:w="50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24BFB6E" w14:textId="262B86F3" w:rsidR="00912E5E" w:rsidRPr="00FF429B" w:rsidRDefault="00912E5E" w:rsidP="00912E5E">
            <w:pPr>
              <w:spacing w:after="0" w:line="240" w:lineRule="auto"/>
              <w:jc w:val="center"/>
              <w:rPr>
                <w:sz w:val="18"/>
                <w:lang w:val="es-CO"/>
              </w:rPr>
            </w:pPr>
            <w:r w:rsidRPr="00FF429B">
              <w:rPr>
                <w:sz w:val="18"/>
                <w:lang w:val="es-CO"/>
              </w:rPr>
              <w:t>Se apagan las luces y descansar</w:t>
            </w:r>
          </w:p>
        </w:tc>
        <w:tc>
          <w:tcPr>
            <w:tcW w:w="2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7F94D9E" w14:textId="6EE4EB25" w:rsidR="00912E5E" w:rsidRDefault="00912E5E" w:rsidP="00912E5E">
            <w:pPr>
              <w:spacing w:after="0" w:line="240" w:lineRule="auto"/>
              <w:jc w:val="center"/>
              <w:rPr>
                <w:b/>
                <w:color w:val="183A5A"/>
                <w:sz w:val="18"/>
              </w:rPr>
            </w:pPr>
            <w:proofErr w:type="spellStart"/>
            <w:r>
              <w:rPr>
                <w:color w:val="183A5A"/>
                <w:sz w:val="18"/>
              </w:rPr>
              <w:t>Habitaciones</w:t>
            </w:r>
            <w:proofErr w:type="spellEnd"/>
          </w:p>
        </w:tc>
      </w:tr>
    </w:tbl>
    <w:p w14:paraId="7345C307" w14:textId="5ED392F0" w:rsidR="009C20F1" w:rsidRPr="007306FF" w:rsidRDefault="003C024A">
      <w:pPr>
        <w:keepNext/>
        <w:spacing w:before="40"/>
        <w:rPr>
          <w:lang w:val="es-CO"/>
        </w:rPr>
      </w:pPr>
      <w:r>
        <w:rPr>
          <w:b/>
          <w:color w:val="183A5A"/>
          <w:sz w:val="32"/>
          <w:lang w:val="es-CO"/>
        </w:rPr>
        <w:t xml:space="preserve">       </w:t>
      </w:r>
      <w:proofErr w:type="gramStart"/>
      <w:r w:rsidRPr="007306FF">
        <w:rPr>
          <w:b/>
          <w:color w:val="183A5A"/>
          <w:sz w:val="32"/>
          <w:lang w:val="es-CO"/>
        </w:rPr>
        <w:t>DOMINGO</w:t>
      </w:r>
      <w:r w:rsidRPr="007306FF">
        <w:rPr>
          <w:b/>
          <w:color w:val="C6A15B"/>
          <w:lang w:val="es-CO"/>
        </w:rPr>
        <w:t xml:space="preserve">  |</w:t>
      </w:r>
      <w:proofErr w:type="gramEnd"/>
      <w:r w:rsidRPr="007306FF">
        <w:rPr>
          <w:b/>
          <w:color w:val="C6A15B"/>
          <w:lang w:val="es-CO"/>
        </w:rPr>
        <w:t xml:space="preserve">  25 de octubre</w:t>
      </w:r>
      <w:r w:rsidRPr="007306FF">
        <w:rPr>
          <w:i/>
          <w:color w:val="5F6B73"/>
          <w:sz w:val="19"/>
          <w:lang w:val="es-CO"/>
        </w:rPr>
        <w:br/>
      </w:r>
      <w:r>
        <w:rPr>
          <w:b/>
          <w:bCs/>
          <w:i/>
          <w:color w:val="5F6B73"/>
          <w:sz w:val="19"/>
          <w:lang w:val="es-CO"/>
        </w:rPr>
        <w:t xml:space="preserve">               </w:t>
      </w:r>
      <w:r w:rsidRPr="00A33F79">
        <w:rPr>
          <w:b/>
          <w:bCs/>
          <w:i/>
          <w:color w:val="5F6B73"/>
          <w:sz w:val="19"/>
          <w:lang w:val="es-CO"/>
        </w:rPr>
        <w:t>Se requiere observar el Gran Silencio durante el retiro.</w:t>
      </w:r>
    </w:p>
    <w:tbl>
      <w:tblPr>
        <w:tblW w:w="9000" w:type="dxa"/>
        <w:jc w:val="center"/>
        <w:tblBorders>
          <w:top w:val="single" w:sz="5" w:space="0" w:color="C8D3DC"/>
          <w:left w:val="single" w:sz="5" w:space="0" w:color="C8D3DC"/>
          <w:bottom w:val="single" w:sz="5" w:space="0" w:color="C8D3DC"/>
          <w:right w:val="single" w:sz="5" w:space="0" w:color="C8D3DC"/>
          <w:insideH w:val="single" w:sz="5" w:space="0" w:color="C8D3DC"/>
          <w:insideV w:val="single" w:sz="5" w:space="0" w:color="C8D3DC"/>
        </w:tblBorders>
        <w:tblLayout w:type="fixed"/>
        <w:tblLook w:val="04A0" w:firstRow="1" w:lastRow="0" w:firstColumn="1" w:lastColumn="0" w:noHBand="0" w:noVBand="1"/>
      </w:tblPr>
      <w:tblGrid>
        <w:gridCol w:w="1450"/>
        <w:gridCol w:w="5050"/>
        <w:gridCol w:w="2500"/>
      </w:tblGrid>
      <w:tr w:rsidR="009C20F1" w14:paraId="56116D14" w14:textId="77777777" w:rsidTr="003C024A">
        <w:trPr>
          <w:tblHeader/>
          <w:jc w:val="center"/>
        </w:trPr>
        <w:tc>
          <w:tcPr>
            <w:tcW w:w="1450" w:type="dxa"/>
            <w:shd w:val="clear" w:color="auto" w:fill="183A5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657CD31" w14:textId="77777777" w:rsidR="009C20F1" w:rsidRDefault="003C024A">
            <w:pPr>
              <w:spacing w:after="0"/>
              <w:jc w:val="center"/>
            </w:pPr>
            <w:r>
              <w:rPr>
                <w:b/>
                <w:color w:val="FFFFFF"/>
                <w:sz w:val="18"/>
              </w:rPr>
              <w:t>HORA</w:t>
            </w:r>
          </w:p>
        </w:tc>
        <w:tc>
          <w:tcPr>
            <w:tcW w:w="5050" w:type="dxa"/>
            <w:shd w:val="clear" w:color="auto" w:fill="183A5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167AF24" w14:textId="77777777" w:rsidR="009C20F1" w:rsidRDefault="003C024A">
            <w:pPr>
              <w:spacing w:after="0"/>
              <w:jc w:val="center"/>
            </w:pPr>
            <w:r>
              <w:rPr>
                <w:b/>
                <w:color w:val="FFFFFF"/>
                <w:sz w:val="18"/>
              </w:rPr>
              <w:t>ACTIVIDAD</w:t>
            </w:r>
          </w:p>
        </w:tc>
        <w:tc>
          <w:tcPr>
            <w:tcW w:w="2500" w:type="dxa"/>
            <w:shd w:val="clear" w:color="auto" w:fill="183A5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1B69F7F" w14:textId="77777777" w:rsidR="009C20F1" w:rsidRDefault="003C024A">
            <w:pPr>
              <w:spacing w:after="0"/>
              <w:jc w:val="center"/>
            </w:pPr>
            <w:r>
              <w:rPr>
                <w:b/>
                <w:color w:val="FFFFFF"/>
                <w:sz w:val="18"/>
              </w:rPr>
              <w:t>LUGAR</w:t>
            </w:r>
          </w:p>
        </w:tc>
      </w:tr>
      <w:tr w:rsidR="009C20F1" w14:paraId="6C9D4B2A" w14:textId="77777777" w:rsidTr="003C024A">
        <w:trPr>
          <w:jc w:val="center"/>
        </w:trPr>
        <w:tc>
          <w:tcPr>
            <w:tcW w:w="14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5928877" w14:textId="77777777" w:rsidR="009C20F1" w:rsidRDefault="003C024A">
            <w:pPr>
              <w:spacing w:after="0" w:line="240" w:lineRule="auto"/>
              <w:jc w:val="center"/>
            </w:pPr>
            <w:r>
              <w:rPr>
                <w:b/>
                <w:color w:val="183A5A"/>
                <w:sz w:val="18"/>
              </w:rPr>
              <w:t>7:00 AM</w:t>
            </w:r>
          </w:p>
        </w:tc>
        <w:tc>
          <w:tcPr>
            <w:tcW w:w="50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18A39EA" w14:textId="77777777" w:rsidR="009C20F1" w:rsidRPr="007306FF" w:rsidRDefault="003C024A">
            <w:pPr>
              <w:spacing w:after="0" w:line="240" w:lineRule="auto"/>
              <w:rPr>
                <w:lang w:val="es-CO"/>
              </w:rPr>
            </w:pPr>
            <w:r w:rsidRPr="007306FF">
              <w:rPr>
                <w:sz w:val="18"/>
                <w:lang w:val="es-CO"/>
              </w:rPr>
              <w:t>Levantarse al llamado del prefecto: “Bendigan al Señor.” Respuesta: “Demos gracias a Dios.”</w:t>
            </w:r>
          </w:p>
        </w:tc>
        <w:tc>
          <w:tcPr>
            <w:tcW w:w="2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EDC8312" w14:textId="77777777" w:rsidR="009C20F1" w:rsidRDefault="003C024A">
            <w:pPr>
              <w:spacing w:after="0" w:line="240" w:lineRule="auto"/>
              <w:jc w:val="center"/>
            </w:pPr>
            <w:proofErr w:type="spellStart"/>
            <w:r>
              <w:rPr>
                <w:color w:val="183A5A"/>
                <w:sz w:val="18"/>
              </w:rPr>
              <w:t>Habitaciones</w:t>
            </w:r>
            <w:proofErr w:type="spellEnd"/>
          </w:p>
        </w:tc>
      </w:tr>
      <w:tr w:rsidR="009C20F1" w14:paraId="6EF7FB1F" w14:textId="77777777" w:rsidTr="003C024A">
        <w:trPr>
          <w:jc w:val="center"/>
        </w:trPr>
        <w:tc>
          <w:tcPr>
            <w:tcW w:w="1450" w:type="dxa"/>
            <w:shd w:val="clear" w:color="auto" w:fill="F7FAF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9596D63" w14:textId="77777777" w:rsidR="009C20F1" w:rsidRDefault="003C024A">
            <w:pPr>
              <w:spacing w:after="0" w:line="240" w:lineRule="auto"/>
              <w:jc w:val="center"/>
            </w:pPr>
            <w:r>
              <w:rPr>
                <w:b/>
                <w:color w:val="183A5A"/>
                <w:sz w:val="18"/>
              </w:rPr>
              <w:t>7:20 AM</w:t>
            </w:r>
          </w:p>
        </w:tc>
        <w:tc>
          <w:tcPr>
            <w:tcW w:w="5050" w:type="dxa"/>
            <w:shd w:val="clear" w:color="auto" w:fill="F7FAF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6C654CB" w14:textId="77777777" w:rsidR="009C20F1" w:rsidRPr="007306FF" w:rsidRDefault="003C024A">
            <w:pPr>
              <w:spacing w:after="0" w:line="240" w:lineRule="auto"/>
              <w:rPr>
                <w:lang w:val="es-CO"/>
              </w:rPr>
            </w:pPr>
            <w:r w:rsidRPr="007306FF">
              <w:rPr>
                <w:sz w:val="18"/>
                <w:lang w:val="es-CO"/>
              </w:rPr>
              <w:t>Ángelus en la puerta de la habitación, dirigido por el prefecto</w:t>
            </w:r>
          </w:p>
        </w:tc>
        <w:tc>
          <w:tcPr>
            <w:tcW w:w="2500" w:type="dxa"/>
            <w:shd w:val="clear" w:color="auto" w:fill="F7FAF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1AFC3D1" w14:textId="77777777" w:rsidR="009C20F1" w:rsidRDefault="003C024A">
            <w:pPr>
              <w:spacing w:after="0" w:line="240" w:lineRule="auto"/>
              <w:jc w:val="center"/>
            </w:pPr>
            <w:proofErr w:type="spellStart"/>
            <w:r>
              <w:rPr>
                <w:color w:val="183A5A"/>
                <w:sz w:val="18"/>
              </w:rPr>
              <w:t>Habitaciones</w:t>
            </w:r>
            <w:proofErr w:type="spellEnd"/>
          </w:p>
        </w:tc>
      </w:tr>
      <w:tr w:rsidR="009C20F1" w14:paraId="78559D13" w14:textId="77777777" w:rsidTr="003C024A">
        <w:trPr>
          <w:jc w:val="center"/>
        </w:trPr>
        <w:tc>
          <w:tcPr>
            <w:tcW w:w="1450" w:type="dxa"/>
            <w:shd w:val="clear" w:color="auto" w:fill="F7F0D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A69B811" w14:textId="77777777" w:rsidR="009C20F1" w:rsidRDefault="003C024A">
            <w:pPr>
              <w:spacing w:after="0" w:line="240" w:lineRule="auto"/>
              <w:jc w:val="center"/>
            </w:pPr>
            <w:r>
              <w:rPr>
                <w:b/>
                <w:color w:val="183A5A"/>
                <w:sz w:val="18"/>
              </w:rPr>
              <w:t>7:30 AM</w:t>
            </w:r>
          </w:p>
        </w:tc>
        <w:tc>
          <w:tcPr>
            <w:tcW w:w="5050" w:type="dxa"/>
            <w:shd w:val="clear" w:color="auto" w:fill="F7F0D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4C73BEC" w14:textId="77777777" w:rsidR="009C20F1" w:rsidRPr="007306FF" w:rsidRDefault="003C024A">
            <w:pPr>
              <w:spacing w:after="0" w:line="240" w:lineRule="auto"/>
              <w:rPr>
                <w:lang w:val="es-CO"/>
              </w:rPr>
            </w:pPr>
            <w:r w:rsidRPr="007306FF">
              <w:rPr>
                <w:b/>
                <w:sz w:val="18"/>
                <w:lang w:val="es-CO"/>
              </w:rPr>
              <w:t>Oración de la mañana del domingo</w:t>
            </w:r>
          </w:p>
        </w:tc>
        <w:tc>
          <w:tcPr>
            <w:tcW w:w="2500" w:type="dxa"/>
            <w:shd w:val="clear" w:color="auto" w:fill="F7F0D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A5274BE" w14:textId="77777777" w:rsidR="009C20F1" w:rsidRDefault="003C024A">
            <w:pPr>
              <w:spacing w:after="0" w:line="240" w:lineRule="auto"/>
              <w:jc w:val="center"/>
            </w:pPr>
            <w:r>
              <w:rPr>
                <w:b/>
                <w:color w:val="183A5A"/>
                <w:sz w:val="18"/>
              </w:rPr>
              <w:t>Capilla</w:t>
            </w:r>
          </w:p>
        </w:tc>
      </w:tr>
      <w:tr w:rsidR="009C20F1" w14:paraId="777A524F" w14:textId="77777777" w:rsidTr="003C024A">
        <w:trPr>
          <w:jc w:val="center"/>
        </w:trPr>
        <w:tc>
          <w:tcPr>
            <w:tcW w:w="1450" w:type="dxa"/>
            <w:shd w:val="clear" w:color="auto" w:fill="F7FAF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777CC01" w14:textId="77777777" w:rsidR="009C20F1" w:rsidRDefault="003C024A">
            <w:pPr>
              <w:spacing w:after="0" w:line="240" w:lineRule="auto"/>
              <w:jc w:val="center"/>
            </w:pPr>
            <w:r>
              <w:rPr>
                <w:b/>
                <w:color w:val="183A5A"/>
                <w:sz w:val="18"/>
              </w:rPr>
              <w:t>7:45 AM</w:t>
            </w:r>
          </w:p>
        </w:tc>
        <w:tc>
          <w:tcPr>
            <w:tcW w:w="5050" w:type="dxa"/>
            <w:shd w:val="clear" w:color="auto" w:fill="F7FAF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9D9FDA2" w14:textId="77777777" w:rsidR="009C20F1" w:rsidRDefault="003C024A">
            <w:pPr>
              <w:spacing w:after="0" w:line="240" w:lineRule="auto"/>
            </w:pPr>
            <w:r>
              <w:rPr>
                <w:sz w:val="18"/>
              </w:rPr>
              <w:t>Ceremonia de la bandera</w:t>
            </w:r>
          </w:p>
        </w:tc>
        <w:tc>
          <w:tcPr>
            <w:tcW w:w="2500" w:type="dxa"/>
            <w:shd w:val="clear" w:color="auto" w:fill="F7FAF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AE3FD53" w14:textId="77777777" w:rsidR="009C20F1" w:rsidRDefault="003C024A">
            <w:pPr>
              <w:spacing w:after="0" w:line="240" w:lineRule="auto"/>
              <w:jc w:val="center"/>
            </w:pPr>
            <w:r>
              <w:rPr>
                <w:color w:val="183A5A"/>
                <w:sz w:val="18"/>
              </w:rPr>
              <w:t>Afuera del comedor</w:t>
            </w:r>
          </w:p>
        </w:tc>
      </w:tr>
      <w:tr w:rsidR="009C20F1" w14:paraId="56FBCA74" w14:textId="77777777" w:rsidTr="003C024A">
        <w:trPr>
          <w:jc w:val="center"/>
        </w:trPr>
        <w:tc>
          <w:tcPr>
            <w:tcW w:w="14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AB495E4" w14:textId="77777777" w:rsidR="009C20F1" w:rsidRDefault="003C024A">
            <w:pPr>
              <w:spacing w:after="0" w:line="240" w:lineRule="auto"/>
              <w:jc w:val="center"/>
            </w:pPr>
            <w:r>
              <w:rPr>
                <w:b/>
                <w:color w:val="183A5A"/>
                <w:sz w:val="18"/>
              </w:rPr>
              <w:t>8:00 AM</w:t>
            </w:r>
          </w:p>
        </w:tc>
        <w:tc>
          <w:tcPr>
            <w:tcW w:w="505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CE70299" w14:textId="3B348497" w:rsidR="009C20F1" w:rsidRDefault="00E93529">
            <w:pPr>
              <w:spacing w:after="0" w:line="240" w:lineRule="auto"/>
            </w:pPr>
            <w:r w:rsidRPr="00E93529">
              <w:rPr>
                <w:b/>
                <w:bCs/>
                <w:sz w:val="18"/>
              </w:rPr>
              <w:t>DESAYUNO</w:t>
            </w:r>
            <w:r w:rsidR="003C024A" w:rsidRPr="00E93529">
              <w:rPr>
                <w:b/>
                <w:bCs/>
                <w:sz w:val="18"/>
              </w:rPr>
              <w:t xml:space="preserve"> </w:t>
            </w:r>
            <w:r w:rsidR="003C024A">
              <w:rPr>
                <w:sz w:val="18"/>
              </w:rPr>
              <w:t>con lecturas</w:t>
            </w:r>
          </w:p>
        </w:tc>
        <w:tc>
          <w:tcPr>
            <w:tcW w:w="250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55B9F51" w14:textId="77777777" w:rsidR="009C20F1" w:rsidRDefault="003C024A">
            <w:pPr>
              <w:spacing w:after="0" w:line="240" w:lineRule="auto"/>
              <w:jc w:val="center"/>
            </w:pPr>
            <w:r>
              <w:rPr>
                <w:color w:val="183A5A"/>
                <w:sz w:val="18"/>
              </w:rPr>
              <w:t>Comedor</w:t>
            </w:r>
          </w:p>
        </w:tc>
      </w:tr>
      <w:tr w:rsidR="009C20F1" w14:paraId="01765C9B" w14:textId="77777777" w:rsidTr="003C024A">
        <w:trPr>
          <w:jc w:val="center"/>
        </w:trPr>
        <w:tc>
          <w:tcPr>
            <w:tcW w:w="1450" w:type="dxa"/>
            <w:shd w:val="clear" w:color="auto" w:fill="F7F0D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492B0DD" w14:textId="77777777" w:rsidR="009C20F1" w:rsidRDefault="003C024A">
            <w:pPr>
              <w:spacing w:after="0" w:line="240" w:lineRule="auto"/>
              <w:jc w:val="center"/>
            </w:pPr>
            <w:r>
              <w:rPr>
                <w:b/>
                <w:color w:val="183A5A"/>
                <w:sz w:val="18"/>
              </w:rPr>
              <w:t>9:30 AM</w:t>
            </w:r>
          </w:p>
        </w:tc>
        <w:tc>
          <w:tcPr>
            <w:tcW w:w="5050" w:type="dxa"/>
            <w:shd w:val="clear" w:color="auto" w:fill="F7F0D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A97D744" w14:textId="01A2647D" w:rsidR="009C20F1" w:rsidRPr="007306FF" w:rsidRDefault="003C024A">
            <w:pPr>
              <w:spacing w:after="0" w:line="240" w:lineRule="auto"/>
              <w:rPr>
                <w:lang w:val="es-CO"/>
              </w:rPr>
            </w:pPr>
            <w:r w:rsidRPr="007306FF">
              <w:rPr>
                <w:b/>
                <w:sz w:val="18"/>
                <w:lang w:val="es-CO"/>
              </w:rPr>
              <w:t xml:space="preserve">Oraciones de la Legión, Santo Rosario, Catena, oraciones finales y </w:t>
            </w:r>
            <w:r w:rsidRPr="00871420">
              <w:rPr>
                <w:b/>
                <w:color w:val="EE0000"/>
                <w:sz w:val="18"/>
                <w:lang w:val="es-CO"/>
              </w:rPr>
              <w:t>Conferencia F</w:t>
            </w:r>
            <w:r w:rsidR="00871420">
              <w:rPr>
                <w:b/>
                <w:color w:val="EE0000"/>
                <w:sz w:val="18"/>
                <w:lang w:val="es-CO"/>
              </w:rPr>
              <w:t>INAL</w:t>
            </w:r>
            <w:r w:rsidRPr="007306FF">
              <w:rPr>
                <w:b/>
                <w:sz w:val="18"/>
                <w:lang w:val="es-CO"/>
              </w:rPr>
              <w:t>; bendición de artículos religiosos</w:t>
            </w:r>
          </w:p>
        </w:tc>
        <w:tc>
          <w:tcPr>
            <w:tcW w:w="2500" w:type="dxa"/>
            <w:shd w:val="clear" w:color="auto" w:fill="F7F0D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E2A2266" w14:textId="77777777" w:rsidR="009C20F1" w:rsidRDefault="003C024A">
            <w:pPr>
              <w:spacing w:after="0" w:line="240" w:lineRule="auto"/>
              <w:jc w:val="center"/>
            </w:pPr>
            <w:r>
              <w:rPr>
                <w:b/>
                <w:color w:val="183A5A"/>
                <w:sz w:val="18"/>
              </w:rPr>
              <w:t>Capilla</w:t>
            </w:r>
          </w:p>
        </w:tc>
      </w:tr>
      <w:tr w:rsidR="009C20F1" w14:paraId="5E5F0CE1" w14:textId="77777777" w:rsidTr="003C024A">
        <w:trPr>
          <w:jc w:val="center"/>
        </w:trPr>
        <w:tc>
          <w:tcPr>
            <w:tcW w:w="1450" w:type="dxa"/>
            <w:shd w:val="clear" w:color="auto" w:fill="F7F0D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4CB469B" w14:textId="77777777" w:rsidR="009C20F1" w:rsidRDefault="003C024A">
            <w:pPr>
              <w:spacing w:after="0" w:line="240" w:lineRule="auto"/>
              <w:jc w:val="center"/>
            </w:pPr>
            <w:r>
              <w:rPr>
                <w:b/>
                <w:color w:val="183A5A"/>
                <w:sz w:val="18"/>
              </w:rPr>
              <w:t>11:00 AM</w:t>
            </w:r>
          </w:p>
        </w:tc>
        <w:tc>
          <w:tcPr>
            <w:tcW w:w="5050" w:type="dxa"/>
            <w:shd w:val="clear" w:color="auto" w:fill="F7F0D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56066CC" w14:textId="77777777" w:rsidR="009C20F1" w:rsidRPr="007306FF" w:rsidRDefault="003C024A">
            <w:pPr>
              <w:spacing w:after="0" w:line="240" w:lineRule="auto"/>
              <w:rPr>
                <w:lang w:val="es-CO"/>
              </w:rPr>
            </w:pPr>
            <w:r w:rsidRPr="007306FF">
              <w:rPr>
                <w:b/>
                <w:sz w:val="18"/>
                <w:lang w:val="es-CO"/>
              </w:rPr>
              <w:t xml:space="preserve">Celebración </w:t>
            </w:r>
            <w:r w:rsidRPr="005549B9">
              <w:rPr>
                <w:b/>
                <w:i/>
                <w:iCs/>
                <w:sz w:val="18"/>
                <w:lang w:val="es-CO"/>
              </w:rPr>
              <w:t xml:space="preserve">bilingüe </w:t>
            </w:r>
            <w:r w:rsidRPr="007306FF">
              <w:rPr>
                <w:b/>
                <w:sz w:val="18"/>
                <w:lang w:val="es-CO"/>
              </w:rPr>
              <w:t>de la Santa Eucaristía, seguida por las oraciones de clausura con los directores del retiro</w:t>
            </w:r>
          </w:p>
        </w:tc>
        <w:tc>
          <w:tcPr>
            <w:tcW w:w="2500" w:type="dxa"/>
            <w:shd w:val="clear" w:color="auto" w:fill="F7F0D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E54982F" w14:textId="77777777" w:rsidR="009C20F1" w:rsidRDefault="003C024A">
            <w:pPr>
              <w:spacing w:after="0" w:line="240" w:lineRule="auto"/>
              <w:jc w:val="center"/>
            </w:pPr>
            <w:r>
              <w:rPr>
                <w:b/>
                <w:color w:val="183A5A"/>
                <w:sz w:val="18"/>
              </w:rPr>
              <w:t xml:space="preserve">Upper </w:t>
            </w:r>
            <w:proofErr w:type="spellStart"/>
            <w:r>
              <w:rPr>
                <w:b/>
                <w:color w:val="183A5A"/>
                <w:sz w:val="18"/>
              </w:rPr>
              <w:t>McShain</w:t>
            </w:r>
            <w:proofErr w:type="spellEnd"/>
          </w:p>
        </w:tc>
      </w:tr>
      <w:tr w:rsidR="009C20F1" w14:paraId="686BE6A4" w14:textId="77777777" w:rsidTr="003C024A">
        <w:trPr>
          <w:jc w:val="center"/>
        </w:trPr>
        <w:tc>
          <w:tcPr>
            <w:tcW w:w="1450" w:type="dxa"/>
            <w:shd w:val="clear" w:color="auto" w:fill="F7FAF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F7DEA5A" w14:textId="77777777" w:rsidR="009C20F1" w:rsidRDefault="003C024A">
            <w:pPr>
              <w:spacing w:after="0" w:line="240" w:lineRule="auto"/>
              <w:jc w:val="center"/>
            </w:pPr>
            <w:r>
              <w:rPr>
                <w:b/>
                <w:color w:val="183A5A"/>
                <w:sz w:val="18"/>
              </w:rPr>
              <w:t>Al finalizar</w:t>
            </w:r>
          </w:p>
        </w:tc>
        <w:tc>
          <w:tcPr>
            <w:tcW w:w="5050" w:type="dxa"/>
            <w:shd w:val="clear" w:color="auto" w:fill="F7FAF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C947E00" w14:textId="4DBA8E28" w:rsidR="009C20F1" w:rsidRPr="007306FF" w:rsidRDefault="003C024A">
            <w:pPr>
              <w:spacing w:after="0" w:line="240" w:lineRule="auto"/>
              <w:rPr>
                <w:lang w:val="es-CO"/>
              </w:rPr>
            </w:pPr>
            <w:r w:rsidRPr="005549B9">
              <w:rPr>
                <w:b/>
                <w:bCs/>
                <w:sz w:val="18"/>
                <w:lang w:val="es-CO"/>
              </w:rPr>
              <w:t xml:space="preserve">Fin del </w:t>
            </w:r>
            <w:r w:rsidR="005549B9">
              <w:rPr>
                <w:b/>
                <w:bCs/>
                <w:sz w:val="18"/>
                <w:lang w:val="es-CO"/>
              </w:rPr>
              <w:t xml:space="preserve">GRAN </w:t>
            </w:r>
            <w:proofErr w:type="gramStart"/>
            <w:r w:rsidR="005549B9">
              <w:rPr>
                <w:b/>
                <w:bCs/>
                <w:sz w:val="18"/>
                <w:lang w:val="es-CO"/>
              </w:rPr>
              <w:t>SILENCIO</w:t>
            </w:r>
            <w:r w:rsidR="002B7E95">
              <w:rPr>
                <w:b/>
                <w:bCs/>
                <w:sz w:val="18"/>
                <w:lang w:val="es-CO"/>
              </w:rPr>
              <w:t xml:space="preserve">; </w:t>
            </w:r>
            <w:r w:rsidRPr="007306FF">
              <w:rPr>
                <w:sz w:val="18"/>
                <w:lang w:val="es-CO"/>
              </w:rPr>
              <w:t xml:space="preserve"> pizza</w:t>
            </w:r>
            <w:proofErr w:type="gramEnd"/>
            <w:r w:rsidRPr="007306FF">
              <w:rPr>
                <w:sz w:val="18"/>
                <w:lang w:val="es-CO"/>
              </w:rPr>
              <w:t xml:space="preserve"> y convivencia fraterna</w:t>
            </w:r>
          </w:p>
        </w:tc>
        <w:tc>
          <w:tcPr>
            <w:tcW w:w="2500" w:type="dxa"/>
            <w:shd w:val="clear" w:color="auto" w:fill="F7FAF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7B290DB" w14:textId="77777777" w:rsidR="009C20F1" w:rsidRDefault="003C024A">
            <w:pPr>
              <w:spacing w:after="0" w:line="240" w:lineRule="auto"/>
              <w:jc w:val="center"/>
            </w:pPr>
            <w:proofErr w:type="spellStart"/>
            <w:r>
              <w:rPr>
                <w:color w:val="183A5A"/>
                <w:sz w:val="18"/>
              </w:rPr>
              <w:t>Comedor</w:t>
            </w:r>
            <w:proofErr w:type="spellEnd"/>
          </w:p>
        </w:tc>
      </w:tr>
      <w:tr w:rsidR="001447DF" w14:paraId="5BD7698F" w14:textId="77777777" w:rsidTr="003C024A">
        <w:trPr>
          <w:jc w:val="center"/>
        </w:trPr>
        <w:tc>
          <w:tcPr>
            <w:tcW w:w="1450" w:type="dxa"/>
            <w:shd w:val="clear" w:color="auto" w:fill="F7FAF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4694BDB" w14:textId="77777777" w:rsidR="001447DF" w:rsidRDefault="001447DF">
            <w:pPr>
              <w:spacing w:after="0" w:line="240" w:lineRule="auto"/>
              <w:jc w:val="center"/>
              <w:rPr>
                <w:b/>
                <w:color w:val="183A5A"/>
                <w:sz w:val="18"/>
              </w:rPr>
            </w:pPr>
          </w:p>
        </w:tc>
        <w:tc>
          <w:tcPr>
            <w:tcW w:w="5050" w:type="dxa"/>
            <w:shd w:val="clear" w:color="auto" w:fill="F7FAF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68FFA6F" w14:textId="7AFFBBA2" w:rsidR="001447DF" w:rsidRPr="005549B9" w:rsidRDefault="00655EE0" w:rsidP="00655EE0">
            <w:pPr>
              <w:spacing w:after="0" w:line="240" w:lineRule="auto"/>
              <w:jc w:val="center"/>
              <w:rPr>
                <w:b/>
                <w:bCs/>
                <w:sz w:val="18"/>
                <w:lang w:val="es-CO"/>
              </w:rPr>
            </w:pPr>
            <w:r>
              <w:rPr>
                <w:b/>
                <w:bCs/>
                <w:sz w:val="18"/>
                <w:lang w:val="es-CO"/>
              </w:rPr>
              <w:t>REGRESO A CASA</w:t>
            </w:r>
          </w:p>
        </w:tc>
        <w:tc>
          <w:tcPr>
            <w:tcW w:w="2500" w:type="dxa"/>
            <w:shd w:val="clear" w:color="auto" w:fill="F7FAF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C87410D" w14:textId="77777777" w:rsidR="001447DF" w:rsidRDefault="001447DF">
            <w:pPr>
              <w:spacing w:after="0" w:line="240" w:lineRule="auto"/>
              <w:jc w:val="center"/>
              <w:rPr>
                <w:color w:val="183A5A"/>
                <w:sz w:val="18"/>
              </w:rPr>
            </w:pPr>
          </w:p>
        </w:tc>
      </w:tr>
    </w:tbl>
    <w:p w14:paraId="0E7C0D8E" w14:textId="77777777" w:rsidR="003C024A" w:rsidRDefault="003C024A" w:rsidP="00F22653"/>
    <w:sectPr w:rsidR="003C024A" w:rsidSect="00034616">
      <w:footerReference w:type="default" r:id="rId9"/>
      <w:pgSz w:w="12240" w:h="15840"/>
      <w:pgMar w:top="893" w:right="1037" w:bottom="835" w:left="1037" w:header="403" w:footer="40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6A2B14" w14:textId="77777777" w:rsidR="003C024A" w:rsidRDefault="003C024A">
      <w:pPr>
        <w:spacing w:after="0" w:line="240" w:lineRule="auto"/>
      </w:pPr>
      <w:r>
        <w:separator/>
      </w:r>
    </w:p>
  </w:endnote>
  <w:endnote w:type="continuationSeparator" w:id="0">
    <w:p w14:paraId="0B2A65CC" w14:textId="77777777" w:rsidR="003C024A" w:rsidRDefault="003C0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61E35" w14:textId="77777777" w:rsidR="009C20F1" w:rsidRDefault="003C024A">
    <w:pPr>
      <w:pStyle w:val="Footer"/>
      <w:jc w:val="center"/>
    </w:pPr>
    <w:r>
      <w:rPr>
        <w:b/>
        <w:color w:val="5F6B73"/>
        <w:sz w:val="16"/>
      </w:rPr>
      <w:t xml:space="preserve">LEGION OF </w:t>
    </w:r>
    <w:proofErr w:type="gramStart"/>
    <w:r>
      <w:rPr>
        <w:b/>
        <w:color w:val="5F6B73"/>
        <w:sz w:val="16"/>
      </w:rPr>
      <w:t>MARY  •</w:t>
    </w:r>
    <w:proofErr w:type="gramEnd"/>
    <w:r>
      <w:rPr>
        <w:b/>
        <w:color w:val="5F6B73"/>
        <w:sz w:val="16"/>
      </w:rPr>
      <w:t xml:space="preserve">  MALVERN RETREAT </w:t>
    </w:r>
    <w:proofErr w:type="gramStart"/>
    <w:r>
      <w:rPr>
        <w:b/>
        <w:color w:val="5F6B73"/>
        <w:sz w:val="16"/>
      </w:rPr>
      <w:t>HOUSE  •</w:t>
    </w:r>
    <w:proofErr w:type="gramEnd"/>
    <w:r>
      <w:rPr>
        <w:b/>
        <w:color w:val="5F6B73"/>
        <w:sz w:val="16"/>
      </w:rPr>
      <w:t xml:space="preserve">  OCTOBER 23–25,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300C6E" w14:textId="77777777" w:rsidR="003C024A" w:rsidRDefault="003C024A">
      <w:pPr>
        <w:spacing w:after="0" w:line="240" w:lineRule="auto"/>
      </w:pPr>
      <w:r>
        <w:separator/>
      </w:r>
    </w:p>
  </w:footnote>
  <w:footnote w:type="continuationSeparator" w:id="0">
    <w:p w14:paraId="44A0355A" w14:textId="77777777" w:rsidR="003C024A" w:rsidRDefault="003C02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32320094">
    <w:abstractNumId w:val="8"/>
  </w:num>
  <w:num w:numId="2" w16cid:durableId="115954995">
    <w:abstractNumId w:val="6"/>
  </w:num>
  <w:num w:numId="3" w16cid:durableId="1369717856">
    <w:abstractNumId w:val="5"/>
  </w:num>
  <w:num w:numId="4" w16cid:durableId="825976707">
    <w:abstractNumId w:val="4"/>
  </w:num>
  <w:num w:numId="5" w16cid:durableId="1518230712">
    <w:abstractNumId w:val="7"/>
  </w:num>
  <w:num w:numId="6" w16cid:durableId="1480726985">
    <w:abstractNumId w:val="3"/>
  </w:num>
  <w:num w:numId="7" w16cid:durableId="2077360846">
    <w:abstractNumId w:val="2"/>
  </w:num>
  <w:num w:numId="8" w16cid:durableId="1283613393">
    <w:abstractNumId w:val="1"/>
  </w:num>
  <w:num w:numId="9" w16cid:durableId="16249954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F0106"/>
    <w:rsid w:val="001447DF"/>
    <w:rsid w:val="0015074B"/>
    <w:rsid w:val="00187C68"/>
    <w:rsid w:val="00252DF8"/>
    <w:rsid w:val="0029639D"/>
    <w:rsid w:val="002B7E95"/>
    <w:rsid w:val="00311941"/>
    <w:rsid w:val="00326F90"/>
    <w:rsid w:val="00376F27"/>
    <w:rsid w:val="003C024A"/>
    <w:rsid w:val="003F2670"/>
    <w:rsid w:val="00423979"/>
    <w:rsid w:val="00446656"/>
    <w:rsid w:val="004A6963"/>
    <w:rsid w:val="005071B5"/>
    <w:rsid w:val="005549B9"/>
    <w:rsid w:val="005A0B88"/>
    <w:rsid w:val="00655EE0"/>
    <w:rsid w:val="00662A79"/>
    <w:rsid w:val="00685692"/>
    <w:rsid w:val="00687922"/>
    <w:rsid w:val="006E0BC3"/>
    <w:rsid w:val="00701CC6"/>
    <w:rsid w:val="007162EC"/>
    <w:rsid w:val="007306FF"/>
    <w:rsid w:val="00774A7E"/>
    <w:rsid w:val="007D2B59"/>
    <w:rsid w:val="007E0A4F"/>
    <w:rsid w:val="00871420"/>
    <w:rsid w:val="00871ABB"/>
    <w:rsid w:val="00895F2A"/>
    <w:rsid w:val="00905373"/>
    <w:rsid w:val="00912E5E"/>
    <w:rsid w:val="00926E8B"/>
    <w:rsid w:val="009A1418"/>
    <w:rsid w:val="009C20F1"/>
    <w:rsid w:val="009C4F74"/>
    <w:rsid w:val="00A33F79"/>
    <w:rsid w:val="00A5099A"/>
    <w:rsid w:val="00AA1D8D"/>
    <w:rsid w:val="00AB382A"/>
    <w:rsid w:val="00B16D94"/>
    <w:rsid w:val="00B40141"/>
    <w:rsid w:val="00B47730"/>
    <w:rsid w:val="00C173CC"/>
    <w:rsid w:val="00C728E2"/>
    <w:rsid w:val="00CB0664"/>
    <w:rsid w:val="00DF6E8C"/>
    <w:rsid w:val="00E93529"/>
    <w:rsid w:val="00EB06A3"/>
    <w:rsid w:val="00EC4020"/>
    <w:rsid w:val="00F035C7"/>
    <w:rsid w:val="00F0638B"/>
    <w:rsid w:val="00F22653"/>
    <w:rsid w:val="00F226ED"/>
    <w:rsid w:val="00F429B9"/>
    <w:rsid w:val="00F92154"/>
    <w:rsid w:val="00FA72F6"/>
    <w:rsid w:val="00FC693F"/>
    <w:rsid w:val="00FF4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D0F3393"/>
  <w14:defaultImageDpi w14:val="300"/>
  <w15:docId w15:val="{09714D2F-A695-461A-8B45-085201160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ptos" w:hAnsi="Aptos"/>
      <w:color w:val="27323A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120"/>
      <w:outlineLvl w:val="0"/>
    </w:pPr>
    <w:rPr>
      <w:rFonts w:asciiTheme="majorHAnsi" w:eastAsiaTheme="majorEastAsia" w:hAnsiTheme="majorHAnsi" w:cstheme="majorBidi"/>
      <w:b/>
      <w:bCs/>
      <w:color w:val="183A5A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40" w:after="80"/>
      <w:outlineLvl w:val="1"/>
    </w:pPr>
    <w:rPr>
      <w:rFonts w:asciiTheme="majorHAnsi" w:eastAsiaTheme="majorEastAsia" w:hAnsiTheme="majorHAnsi" w:cstheme="majorBidi"/>
      <w:b/>
      <w:bCs/>
      <w:color w:val="2F638C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00" w:after="60"/>
      <w:outlineLvl w:val="2"/>
    </w:pPr>
    <w:rPr>
      <w:rFonts w:asciiTheme="majorHAnsi" w:eastAsiaTheme="majorEastAsia" w:hAnsiTheme="majorHAnsi" w:cstheme="majorBidi"/>
      <w:b/>
      <w:bCs/>
      <w:color w:val="183A5A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AgendaNote">
    <w:name w:val="Agenda Note"/>
    <w:basedOn w:val="Normal"/>
    <w:pPr>
      <w:spacing w:after="80"/>
    </w:pPr>
    <w:rPr>
      <w:color w:val="5F6B73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1054</Words>
  <Characters>6008</Characters>
  <Application>Microsoft Office Word</Application>
  <DocSecurity>4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Malvern Retreat Agendas 2026 — English and Spanish</vt:lpstr>
    </vt:vector>
  </TitlesOfParts>
  <Manager/>
  <Company/>
  <LinksUpToDate>false</LinksUpToDate>
  <CharactersWithSpaces>7048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Malvern Retreat Agendas 2026 — English and Spanish</dc:title>
  <dc:subject>Legion of Mary Spiritual Retreat, October 23–25, 2026</dc:subject>
  <dc:creator>Legion of Mary</dc:creator>
  <cp:keywords/>
  <dc:description>generated by python-docx</dc:description>
  <cp:lastModifiedBy>frank klusek</cp:lastModifiedBy>
  <cp:revision>2</cp:revision>
  <cp:lastPrinted>2026-08-19T15:43:00Z</cp:lastPrinted>
  <dcterms:created xsi:type="dcterms:W3CDTF">2026-08-19T15:46:00Z</dcterms:created>
  <dcterms:modified xsi:type="dcterms:W3CDTF">2026-08-19T15:46:00Z</dcterms:modified>
  <cp:category/>
</cp:coreProperties>
</file>